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F44" w:rsidRDefault="003F0051">
      <w:pPr>
        <w:pStyle w:val="ISOTitle"/>
        <w:jc w:val="center"/>
      </w:pPr>
      <w:r>
        <w:t>ISO 22301 - Business Continuity Management Systems</w:t>
      </w:r>
    </w:p>
    <w:p w:rsidR="009E6F44" w:rsidRDefault="003F0051">
      <w:pPr>
        <w:pStyle w:val="Heading2"/>
      </w:pPr>
      <w:r>
        <w:t>Part 1. Program Initiation &amp; ISO 22301 Gap Assessment</w:t>
      </w:r>
    </w:p>
    <w:p w:rsidR="009E6F44" w:rsidRDefault="003F0051">
      <w:pPr>
        <w:pStyle w:val="ListBullet"/>
      </w:pPr>
      <w:r>
        <w:t>ISO 22301 Implementation Project Charter.docx</w:t>
      </w:r>
    </w:p>
    <w:p w:rsidR="009E6F44" w:rsidRDefault="003F0051">
      <w:pPr>
        <w:pStyle w:val="ListBullet"/>
      </w:pPr>
      <w:r>
        <w:t>BCMS Implementation Scope Worksheet.xlsx</w:t>
      </w:r>
    </w:p>
    <w:p w:rsidR="009E6F44" w:rsidRDefault="003F0051">
      <w:pPr>
        <w:pStyle w:val="ListBullet"/>
      </w:pPr>
      <w:r>
        <w:t xml:space="preserve">ISO 22301 </w:t>
      </w:r>
      <w:r>
        <w:t>Clause-by-Clause Gap Assessment.xlsx</w:t>
      </w:r>
    </w:p>
    <w:p w:rsidR="009E6F44" w:rsidRDefault="003F0051">
      <w:pPr>
        <w:pStyle w:val="ListBullet"/>
      </w:pPr>
      <w:r>
        <w:t>BCMS Maturity Assessment.xlsx</w:t>
      </w:r>
    </w:p>
    <w:p w:rsidR="009E6F44" w:rsidRDefault="003F0051">
      <w:pPr>
        <w:pStyle w:val="ListBullet"/>
      </w:pPr>
      <w:r>
        <w:t>Existing BCMS Documentation Review.xlsx</w:t>
      </w:r>
    </w:p>
    <w:p w:rsidR="009E6F44" w:rsidRDefault="003F0051">
      <w:pPr>
        <w:pStyle w:val="ListBullet"/>
      </w:pPr>
      <w:r>
        <w:t>Gap &amp; Improvement Action Plan.xlsx</w:t>
      </w:r>
    </w:p>
    <w:p w:rsidR="009E6F44" w:rsidRDefault="003F0051">
      <w:pPr>
        <w:pStyle w:val="ListBullet"/>
      </w:pPr>
      <w:r>
        <w:t>Integrated Implementation Plan.xlsx</w:t>
      </w:r>
    </w:p>
    <w:p w:rsidR="009E6F44" w:rsidRDefault="003F0051">
      <w:pPr>
        <w:pStyle w:val="ListBullet"/>
      </w:pPr>
      <w:r>
        <w:t>Implementation Deliverables Tracker.xlsx</w:t>
      </w:r>
    </w:p>
    <w:p w:rsidR="009E6F44" w:rsidRDefault="003F0051">
      <w:pPr>
        <w:pStyle w:val="ListBullet"/>
      </w:pPr>
      <w:r>
        <w:t>Project RACI Matrix.xlsx</w:t>
      </w:r>
    </w:p>
    <w:p w:rsidR="009E6F44" w:rsidRDefault="003F0051">
      <w:pPr>
        <w:pStyle w:val="ListBullet"/>
      </w:pPr>
      <w:r>
        <w:t>Project RAID</w:t>
      </w:r>
      <w:r>
        <w:t xml:space="preserve"> Log.xlsx</w:t>
      </w:r>
    </w:p>
    <w:p w:rsidR="009E6F44" w:rsidRDefault="003F0051">
      <w:pPr>
        <w:pStyle w:val="ListBullet"/>
      </w:pPr>
      <w:r>
        <w:t xml:space="preserve">Project Kick-off </w:t>
      </w:r>
      <w:r>
        <w:t>.pptx</w:t>
      </w:r>
    </w:p>
    <w:p w:rsidR="009E6F44" w:rsidRDefault="003F0051">
      <w:pPr>
        <w:pStyle w:val="ListBullet"/>
      </w:pPr>
      <w:r>
        <w:t xml:space="preserve">Gap Assessment Executive </w:t>
      </w:r>
      <w:r>
        <w:t>.pptx</w:t>
      </w:r>
    </w:p>
    <w:p w:rsidR="009E6F44" w:rsidRDefault="003F0051">
      <w:pPr>
        <w:pStyle w:val="Heading2"/>
      </w:pPr>
      <w:r>
        <w:t>Part 2. Organizational Context, Interested Parties &amp; BCMS Scope</w:t>
      </w:r>
    </w:p>
    <w:p w:rsidR="009E6F44" w:rsidRDefault="003F0051">
      <w:pPr>
        <w:pStyle w:val="ListBullet"/>
      </w:pPr>
      <w:r>
        <w:t>Organizational Context Assessment.xlsx</w:t>
      </w:r>
    </w:p>
    <w:p w:rsidR="009E6F44" w:rsidRDefault="003F0051">
      <w:pPr>
        <w:pStyle w:val="ListBullet"/>
      </w:pPr>
      <w:r>
        <w:t>Internal &amp; External Issues Register.xlsx</w:t>
      </w:r>
    </w:p>
    <w:p w:rsidR="009E6F44" w:rsidRDefault="003F0051">
      <w:pPr>
        <w:pStyle w:val="ListBullet"/>
      </w:pPr>
      <w:r>
        <w:t>PESTLE Context Assessment.xlsx</w:t>
      </w:r>
    </w:p>
    <w:p w:rsidR="009E6F44" w:rsidRDefault="003F0051">
      <w:pPr>
        <w:pStyle w:val="ListBullet"/>
      </w:pPr>
      <w:r>
        <w:t>Climate C</w:t>
      </w:r>
      <w:r>
        <w:t>hange Relevance Assessment.xlsx</w:t>
      </w:r>
    </w:p>
    <w:p w:rsidR="009E6F44" w:rsidRDefault="003F0051">
      <w:pPr>
        <w:pStyle w:val="ListBullet"/>
      </w:pPr>
      <w:r>
        <w:t>Interested Parties &amp; Requirements Register.xlsx</w:t>
      </w:r>
    </w:p>
    <w:p w:rsidR="009E6F44" w:rsidRDefault="003F0051">
      <w:pPr>
        <w:pStyle w:val="ListBullet"/>
      </w:pPr>
      <w:r>
        <w:t>Legal Regulatory &amp; Contractual Requirements Register.xlsx</w:t>
      </w:r>
    </w:p>
    <w:p w:rsidR="009E6F44" w:rsidRDefault="003F0051">
      <w:pPr>
        <w:pStyle w:val="ListBullet"/>
      </w:pPr>
      <w:r>
        <w:t>Products Services &amp; Critical Operations Register.xlsx</w:t>
      </w:r>
    </w:p>
    <w:p w:rsidR="009E6F44" w:rsidRDefault="003F0051">
      <w:pPr>
        <w:pStyle w:val="ListBullet"/>
      </w:pPr>
      <w:r>
        <w:t>Business Units Sites &amp; Locations Register.xlsx</w:t>
      </w:r>
    </w:p>
    <w:p w:rsidR="009E6F44" w:rsidRDefault="003F0051">
      <w:pPr>
        <w:pStyle w:val="ListBullet"/>
      </w:pPr>
      <w:r>
        <w:t>Internal &amp; Extern</w:t>
      </w:r>
      <w:r>
        <w:t>al Dependency Register.xlsx</w:t>
      </w:r>
    </w:p>
    <w:p w:rsidR="009E6F44" w:rsidRDefault="003F0051">
      <w:pPr>
        <w:pStyle w:val="ListBullet"/>
      </w:pPr>
      <w:r>
        <w:t>BCMS Scope Determination Worksheet.xlsx</w:t>
      </w:r>
    </w:p>
    <w:p w:rsidR="009E6F44" w:rsidRDefault="003F0051">
      <w:pPr>
        <w:pStyle w:val="ListBullet"/>
      </w:pPr>
      <w:r>
        <w:t>BCMS Scope Statement.docx</w:t>
      </w:r>
    </w:p>
    <w:p w:rsidR="009E6F44" w:rsidRDefault="003F0051">
      <w:pPr>
        <w:pStyle w:val="ListBullet"/>
      </w:pPr>
      <w:r>
        <w:t>Context Scope &amp; Interested Parties Review Record.docx</w:t>
      </w:r>
    </w:p>
    <w:p w:rsidR="009E6F44" w:rsidRDefault="003F0051">
      <w:pPr>
        <w:pStyle w:val="Heading2"/>
      </w:pPr>
      <w:r>
        <w:t>Part 3. Leadership, Policy, Governance &amp; Responsibilities</w:t>
      </w:r>
    </w:p>
    <w:p w:rsidR="009E6F44" w:rsidRDefault="003F0051">
      <w:pPr>
        <w:pStyle w:val="ListBullet"/>
      </w:pPr>
      <w:r>
        <w:t>Business Continuity Policy.docx</w:t>
      </w:r>
    </w:p>
    <w:p w:rsidR="009E6F44" w:rsidRDefault="003F0051">
      <w:pPr>
        <w:pStyle w:val="ListBullet"/>
      </w:pPr>
      <w:r>
        <w:t xml:space="preserve">BCMS Governance </w:t>
      </w:r>
      <w:r>
        <w:t>Framework.docx</w:t>
      </w:r>
    </w:p>
    <w:p w:rsidR="009E6F44" w:rsidRDefault="003F0051">
      <w:pPr>
        <w:pStyle w:val="ListBullet"/>
      </w:pPr>
      <w:r>
        <w:t>BCMS Steering Committee Terms of Reference.docx</w:t>
      </w:r>
    </w:p>
    <w:p w:rsidR="009E6F44" w:rsidRDefault="003F0051">
      <w:pPr>
        <w:pStyle w:val="ListBullet"/>
      </w:pPr>
      <w:r>
        <w:t>BCMS Roles Responsibilities &amp; Authorities Matrix.xlsx</w:t>
      </w:r>
    </w:p>
    <w:p w:rsidR="009E6F44" w:rsidRDefault="003F0051">
      <w:pPr>
        <w:pStyle w:val="ListBullet"/>
      </w:pPr>
      <w:r>
        <w:t>BCMS RACI Matrix.xlsx</w:t>
      </w:r>
    </w:p>
    <w:p w:rsidR="009E6F44" w:rsidRDefault="003F0051">
      <w:pPr>
        <w:pStyle w:val="ListBullet"/>
      </w:pPr>
      <w:r>
        <w:t>Business Continuity Organization Structure.docx</w:t>
      </w:r>
    </w:p>
    <w:p w:rsidR="009E6F44" w:rsidRDefault="003F0051">
      <w:pPr>
        <w:pStyle w:val="ListBullet"/>
      </w:pPr>
      <w:r>
        <w:t>Business Continuity Coordinator Appointment Template.docx</w:t>
      </w:r>
    </w:p>
    <w:p w:rsidR="009E6F44" w:rsidRDefault="003F0051">
      <w:pPr>
        <w:pStyle w:val="ListBullet"/>
      </w:pPr>
      <w:r>
        <w:t xml:space="preserve">Department </w:t>
      </w:r>
      <w:r>
        <w:t>BC Coordinator Register.xlsx</w:t>
      </w:r>
    </w:p>
    <w:p w:rsidR="009E6F44" w:rsidRDefault="003F0051">
      <w:pPr>
        <w:pStyle w:val="ListBullet"/>
      </w:pPr>
      <w:r>
        <w:t>BCMS Governance Calendar.xlsx</w:t>
      </w:r>
    </w:p>
    <w:p w:rsidR="009E6F44" w:rsidRDefault="003F0051">
      <w:pPr>
        <w:pStyle w:val="ListBullet"/>
      </w:pPr>
      <w:r>
        <w:t>Leadership Commitment Evidence Register.xlsx</w:t>
      </w:r>
    </w:p>
    <w:p w:rsidR="009E6F44" w:rsidRDefault="003F0051">
      <w:pPr>
        <w:pStyle w:val="Heading2"/>
      </w:pPr>
      <w:r>
        <w:t>Part 4. BCMS Planning, Objectives, Risks &amp; Opportunities</w:t>
      </w:r>
    </w:p>
    <w:p w:rsidR="009E6F44" w:rsidRDefault="003F0051">
      <w:pPr>
        <w:pStyle w:val="ListBullet"/>
      </w:pPr>
      <w:r>
        <w:t>BCMS Risks &amp; Opportunities Register.xlsx</w:t>
      </w:r>
    </w:p>
    <w:p w:rsidR="009E6F44" w:rsidRDefault="003F0051">
      <w:pPr>
        <w:pStyle w:val="ListBullet"/>
      </w:pPr>
      <w:r>
        <w:t>BCMS Risk &amp; Opportunity Evaluation Matrix.xlsx</w:t>
      </w:r>
    </w:p>
    <w:p w:rsidR="009E6F44" w:rsidRDefault="003F0051">
      <w:pPr>
        <w:pStyle w:val="ListBullet"/>
      </w:pPr>
      <w:r>
        <w:t>BCMS Ob</w:t>
      </w:r>
      <w:r>
        <w:t>jectives &amp; Targets Register.xlsx</w:t>
      </w:r>
    </w:p>
    <w:p w:rsidR="009E6F44" w:rsidRDefault="003F0051">
      <w:pPr>
        <w:pStyle w:val="ListBullet"/>
      </w:pPr>
      <w:r>
        <w:t>BCMS Objectives Action Plan.xlsx</w:t>
      </w:r>
    </w:p>
    <w:p w:rsidR="009E6F44" w:rsidRDefault="003F0051">
      <w:pPr>
        <w:pStyle w:val="ListBullet"/>
      </w:pPr>
      <w:r>
        <w:t>BCMS KPI Register.xlsx</w:t>
      </w:r>
    </w:p>
    <w:p w:rsidR="009E6F44" w:rsidRDefault="003F0051">
      <w:pPr>
        <w:pStyle w:val="ListBullet"/>
      </w:pPr>
      <w:r>
        <w:t>BCMS Annual Program.xlsx</w:t>
      </w:r>
    </w:p>
    <w:p w:rsidR="009E6F44" w:rsidRDefault="003F0051">
      <w:pPr>
        <w:pStyle w:val="ListBullet"/>
      </w:pPr>
      <w:r>
        <w:t>BCMS Resource Plan.xlsx</w:t>
      </w:r>
    </w:p>
    <w:p w:rsidR="009E6F44" w:rsidRDefault="003F0051">
      <w:pPr>
        <w:pStyle w:val="ListBullet"/>
      </w:pPr>
      <w:r>
        <w:t>BCMS Change Impact Assessment.docx</w:t>
      </w:r>
    </w:p>
    <w:p w:rsidR="009E6F44" w:rsidRDefault="003F0051">
      <w:pPr>
        <w:pStyle w:val="ListBullet"/>
      </w:pPr>
      <w:r>
        <w:t>BCMS Change Register.xlsx</w:t>
      </w:r>
    </w:p>
    <w:p w:rsidR="009E6F44" w:rsidRDefault="003F0051">
      <w:pPr>
        <w:pStyle w:val="ListBullet"/>
      </w:pPr>
      <w:r>
        <w:lastRenderedPageBreak/>
        <w:t>BCMS Change Implementation Plan.xlsx</w:t>
      </w:r>
    </w:p>
    <w:p w:rsidR="009E6F44" w:rsidRDefault="003F0051">
      <w:pPr>
        <w:pStyle w:val="Heading2"/>
      </w:pPr>
      <w:r>
        <w:t xml:space="preserve">Part 5. Resources, </w:t>
      </w:r>
      <w:r>
        <w:t>Competence, Awareness &amp; Communication</w:t>
      </w:r>
    </w:p>
    <w:p w:rsidR="009E6F44" w:rsidRDefault="003F0051">
      <w:pPr>
        <w:pStyle w:val="ListBullet"/>
      </w:pPr>
      <w:r>
        <w:t>BCMS Competence Requirements Matrix.xlsx</w:t>
      </w:r>
    </w:p>
    <w:p w:rsidR="009E6F44" w:rsidRDefault="003F0051">
      <w:pPr>
        <w:pStyle w:val="ListBullet"/>
      </w:pPr>
      <w:r>
        <w:t>Training Needs Analysis.xlsx</w:t>
      </w:r>
    </w:p>
    <w:p w:rsidR="009E6F44" w:rsidRDefault="003F0051">
      <w:pPr>
        <w:pStyle w:val="ListBullet"/>
      </w:pPr>
      <w:r>
        <w:t>Annual BCMS Training &amp; Awareness Plan.xlsx</w:t>
      </w:r>
    </w:p>
    <w:p w:rsidR="009E6F44" w:rsidRDefault="003F0051">
      <w:pPr>
        <w:pStyle w:val="ListBullet"/>
      </w:pPr>
      <w:r>
        <w:t>BCMS Training Attendance Register.xlsx</w:t>
      </w:r>
    </w:p>
    <w:p w:rsidR="009E6F44" w:rsidRDefault="003F0051">
      <w:pPr>
        <w:pStyle w:val="ListBullet"/>
      </w:pPr>
      <w:r>
        <w:t>Competence Assessment Form.docx</w:t>
      </w:r>
    </w:p>
    <w:p w:rsidR="009E6F44" w:rsidRDefault="003F0051">
      <w:pPr>
        <w:pStyle w:val="ListBullet"/>
      </w:pPr>
      <w:r>
        <w:t xml:space="preserve">Training Effectiveness Evaluation </w:t>
      </w:r>
      <w:r>
        <w:t>Form.docx</w:t>
      </w:r>
    </w:p>
    <w:p w:rsidR="009E6F44" w:rsidRDefault="003F0051">
      <w:pPr>
        <w:pStyle w:val="ListBullet"/>
      </w:pPr>
      <w:r>
        <w:t>BCMS Awareness Presentation.pptx</w:t>
      </w:r>
    </w:p>
    <w:p w:rsidR="009E6F44" w:rsidRDefault="003F0051">
      <w:pPr>
        <w:pStyle w:val="ListBullet"/>
      </w:pPr>
      <w:r>
        <w:t xml:space="preserve">Business Continuity Coordinator Training </w:t>
      </w:r>
      <w:r>
        <w:t>.pptx</w:t>
      </w:r>
    </w:p>
    <w:p w:rsidR="009E6F44" w:rsidRDefault="003F0051">
      <w:pPr>
        <w:pStyle w:val="ListBullet"/>
      </w:pPr>
      <w:r>
        <w:t xml:space="preserve">BIA &amp; BCP Owner Training </w:t>
      </w:r>
      <w:r>
        <w:t>.pptx</w:t>
      </w:r>
    </w:p>
    <w:p w:rsidR="009E6F44" w:rsidRDefault="003F0051">
      <w:pPr>
        <w:pStyle w:val="ListBullet"/>
      </w:pPr>
      <w:r>
        <w:t>BCMS Communication Matrix.xlsx</w:t>
      </w:r>
    </w:p>
    <w:p w:rsidR="009E6F44" w:rsidRDefault="003F0051">
      <w:pPr>
        <w:pStyle w:val="ListBullet"/>
      </w:pPr>
      <w:r>
        <w:t>Emergency Communication Contact Register.xlsx</w:t>
      </w:r>
    </w:p>
    <w:p w:rsidR="009E6F44" w:rsidRDefault="003F0051">
      <w:pPr>
        <w:pStyle w:val="ListBullet"/>
      </w:pPr>
      <w:r>
        <w:t>BCMS Awareness &amp; Communication Tracker.xlsx</w:t>
      </w:r>
    </w:p>
    <w:p w:rsidR="009E6F44" w:rsidRDefault="003F0051">
      <w:pPr>
        <w:pStyle w:val="Heading2"/>
      </w:pPr>
      <w:r>
        <w:t xml:space="preserve">Part </w:t>
      </w:r>
      <w:r>
        <w:t>6. BCMS Documented Information &amp; Records</w:t>
      </w:r>
    </w:p>
    <w:p w:rsidR="009E6F44" w:rsidRDefault="003F0051">
      <w:pPr>
        <w:pStyle w:val="ListBullet"/>
      </w:pPr>
      <w:r>
        <w:t>BCMS Manual.docx</w:t>
      </w:r>
    </w:p>
    <w:p w:rsidR="009E6F44" w:rsidRDefault="003F0051">
      <w:pPr>
        <w:pStyle w:val="ListBullet"/>
      </w:pPr>
      <w:r>
        <w:t>Documented Information Control Procedure.docx</w:t>
      </w:r>
    </w:p>
    <w:p w:rsidR="009E6F44" w:rsidRDefault="003F0051">
      <w:pPr>
        <w:pStyle w:val="ListBullet"/>
      </w:pPr>
      <w:r>
        <w:t>BCMS Master Document Register.xlsx</w:t>
      </w:r>
    </w:p>
    <w:p w:rsidR="009E6F44" w:rsidRDefault="003F0051">
      <w:pPr>
        <w:pStyle w:val="ListBullet"/>
      </w:pPr>
      <w:r>
        <w:t>BCMS Records Register &amp; Retention Schedule.xlsx</w:t>
      </w:r>
    </w:p>
    <w:p w:rsidR="009E6F44" w:rsidRDefault="003F0051">
      <w:pPr>
        <w:pStyle w:val="ListBullet"/>
      </w:pPr>
      <w:r>
        <w:t>Document Review &amp; Approval Form.docx</w:t>
      </w:r>
    </w:p>
    <w:p w:rsidR="009E6F44" w:rsidRDefault="003F0051">
      <w:pPr>
        <w:pStyle w:val="ListBullet"/>
      </w:pPr>
      <w:r>
        <w:t>Document Change Request Form.doc</w:t>
      </w:r>
      <w:r>
        <w:t>x</w:t>
      </w:r>
    </w:p>
    <w:p w:rsidR="009E6F44" w:rsidRDefault="003F0051">
      <w:pPr>
        <w:pStyle w:val="ListBullet"/>
      </w:pPr>
      <w:r>
        <w:t>Document Revision History Register.xlsx</w:t>
      </w:r>
    </w:p>
    <w:p w:rsidR="009E6F44" w:rsidRDefault="003F0051">
      <w:pPr>
        <w:pStyle w:val="ListBullet"/>
      </w:pPr>
      <w:r>
        <w:t>External Document Register.xlsx</w:t>
      </w:r>
    </w:p>
    <w:p w:rsidR="009E6F44" w:rsidRDefault="003F0051">
      <w:pPr>
        <w:pStyle w:val="ListBullet"/>
      </w:pPr>
      <w:r>
        <w:t>BCMS Document Review Tracker.xlsx</w:t>
      </w:r>
    </w:p>
    <w:p w:rsidR="009E6F44" w:rsidRDefault="003F0051">
      <w:pPr>
        <w:pStyle w:val="Heading2"/>
      </w:pPr>
      <w:r>
        <w:t>Part 7. Business Impact Analysis</w:t>
      </w:r>
    </w:p>
    <w:p w:rsidR="009E6F44" w:rsidRDefault="003F0051">
      <w:pPr>
        <w:pStyle w:val="ListBullet"/>
      </w:pPr>
      <w:r>
        <w:t>Business Impact Analysis Procedure.docx</w:t>
      </w:r>
    </w:p>
    <w:p w:rsidR="009E6F44" w:rsidRDefault="003F0051">
      <w:pPr>
        <w:pStyle w:val="ListBullet"/>
      </w:pPr>
      <w:r>
        <w:t>BIA Methodology.docx</w:t>
      </w:r>
    </w:p>
    <w:p w:rsidR="009E6F44" w:rsidRDefault="003F0051">
      <w:pPr>
        <w:pStyle w:val="ListBullet"/>
      </w:pPr>
      <w:r>
        <w:t>Enterprise BIA Workbook.xlsx</w:t>
      </w:r>
    </w:p>
    <w:p w:rsidR="009E6F44" w:rsidRDefault="003F0051">
      <w:pPr>
        <w:pStyle w:val="ListBullet"/>
      </w:pPr>
      <w:r>
        <w:t>Business Unit BIA Workboo</w:t>
      </w:r>
      <w:r>
        <w:t>k.xlsx</w:t>
      </w:r>
    </w:p>
    <w:p w:rsidR="009E6F44" w:rsidRDefault="003F0051">
      <w:pPr>
        <w:pStyle w:val="ListBullet"/>
      </w:pPr>
      <w:r>
        <w:t>Critical Activities &amp; Processes Register.xlsx</w:t>
      </w:r>
    </w:p>
    <w:p w:rsidR="009E6F44" w:rsidRDefault="003F0051">
      <w:pPr>
        <w:pStyle w:val="ListBullet"/>
      </w:pPr>
      <w:r>
        <w:t>Impact Assessment Criteria.xlsx</w:t>
      </w:r>
    </w:p>
    <w:p w:rsidR="009E6F44" w:rsidRDefault="003F0051">
      <w:pPr>
        <w:pStyle w:val="ListBullet"/>
      </w:pPr>
      <w:r>
        <w:t>MTPD RTO MBCO &amp; RPO Assessment.xlsx</w:t>
      </w:r>
    </w:p>
    <w:p w:rsidR="009E6F44" w:rsidRDefault="003F0051">
      <w:pPr>
        <w:pStyle w:val="ListBullet"/>
      </w:pPr>
      <w:r>
        <w:t>Resource Requirements Assessment.xlsx</w:t>
      </w:r>
    </w:p>
    <w:p w:rsidR="009E6F44" w:rsidRDefault="003F0051">
      <w:pPr>
        <w:pStyle w:val="ListBullet"/>
      </w:pPr>
      <w:r>
        <w:t>Internal &amp; External Dependency Matrix.xlsx</w:t>
      </w:r>
    </w:p>
    <w:p w:rsidR="009E6F44" w:rsidRDefault="003F0051">
      <w:pPr>
        <w:pStyle w:val="ListBullet"/>
      </w:pPr>
      <w:r>
        <w:t>Minimum Staffing Requirements.xlsx</w:t>
      </w:r>
    </w:p>
    <w:p w:rsidR="009E6F44" w:rsidRDefault="003F0051">
      <w:pPr>
        <w:pStyle w:val="ListBullet"/>
      </w:pPr>
      <w:r>
        <w:t>Peak Period &amp; Time-</w:t>
      </w:r>
      <w:r>
        <w:t>Criticality Assessment.xlsx</w:t>
      </w:r>
    </w:p>
    <w:p w:rsidR="009E6F44" w:rsidRDefault="003F0051">
      <w:pPr>
        <w:pStyle w:val="ListBullet"/>
      </w:pPr>
      <w:r>
        <w:t>BIA Interview Questionnaire.docx</w:t>
      </w:r>
    </w:p>
    <w:p w:rsidR="009E6F44" w:rsidRDefault="003F0051">
      <w:pPr>
        <w:pStyle w:val="ListBullet"/>
      </w:pPr>
      <w:r>
        <w:t xml:space="preserve">BIA Workshop </w:t>
      </w:r>
      <w:r>
        <w:t>.pptx</w:t>
      </w:r>
    </w:p>
    <w:p w:rsidR="009E6F44" w:rsidRDefault="003F0051">
      <w:pPr>
        <w:pStyle w:val="ListBullet"/>
      </w:pPr>
      <w:r>
        <w:t>BIA Quality Review Checklist.xlsx</w:t>
      </w:r>
    </w:p>
    <w:p w:rsidR="009E6F44" w:rsidRDefault="003F0051">
      <w:pPr>
        <w:pStyle w:val="ListBullet"/>
      </w:pPr>
      <w:r>
        <w:t>Enterprise BIA Consolidation Workbook.xlsx</w:t>
      </w:r>
    </w:p>
    <w:p w:rsidR="009E6F44" w:rsidRDefault="003F0051">
      <w:pPr>
        <w:pStyle w:val="ListBullet"/>
      </w:pPr>
      <w:r>
        <w:t>BIA Approval &amp; Sign-off Form.docx</w:t>
      </w:r>
    </w:p>
    <w:p w:rsidR="009E6F44" w:rsidRDefault="003F0051">
      <w:pPr>
        <w:pStyle w:val="ListBullet"/>
      </w:pPr>
      <w:r>
        <w:t>BIA Executive Summary Report.docx</w:t>
      </w:r>
    </w:p>
    <w:p w:rsidR="009E6F44" w:rsidRDefault="003F0051">
      <w:pPr>
        <w:pStyle w:val="Heading2"/>
      </w:pPr>
      <w:r>
        <w:t>Part 8. Business Continuity</w:t>
      </w:r>
      <w:r>
        <w:t xml:space="preserve"> Risk Assessment</w:t>
      </w:r>
    </w:p>
    <w:p w:rsidR="009E6F44" w:rsidRDefault="003F0051">
      <w:pPr>
        <w:pStyle w:val="ListBullet"/>
      </w:pPr>
      <w:r>
        <w:t>Business Continuity Risk Assessment Procedure.docx</w:t>
      </w:r>
    </w:p>
    <w:p w:rsidR="009E6F44" w:rsidRDefault="003F0051">
      <w:pPr>
        <w:pStyle w:val="ListBullet"/>
      </w:pPr>
      <w:r>
        <w:t>BC Risk Assessment Methodology.docx</w:t>
      </w:r>
    </w:p>
    <w:p w:rsidR="009E6F44" w:rsidRDefault="003F0051">
      <w:pPr>
        <w:pStyle w:val="ListBullet"/>
      </w:pPr>
      <w:r>
        <w:t>BC Risk Evaluation Criteria.xlsx</w:t>
      </w:r>
    </w:p>
    <w:p w:rsidR="009E6F44" w:rsidRDefault="003F0051">
      <w:pPr>
        <w:pStyle w:val="ListBullet"/>
      </w:pPr>
      <w:r>
        <w:t>Disruption Scenario Library.xlsx</w:t>
      </w:r>
    </w:p>
    <w:p w:rsidR="009E6F44" w:rsidRDefault="003F0051">
      <w:pPr>
        <w:pStyle w:val="ListBullet"/>
      </w:pPr>
      <w:r>
        <w:t>Enterprise BC Risk Assessment.xlsx</w:t>
      </w:r>
    </w:p>
    <w:p w:rsidR="009E6F44" w:rsidRDefault="003F0051">
      <w:pPr>
        <w:pStyle w:val="ListBullet"/>
      </w:pPr>
      <w:r>
        <w:t>Site &amp; Facility Disruption Risk Assessment.xlsx</w:t>
      </w:r>
    </w:p>
    <w:p w:rsidR="009E6F44" w:rsidRDefault="003F0051">
      <w:pPr>
        <w:pStyle w:val="ListBullet"/>
      </w:pPr>
      <w:r>
        <w:lastRenderedPageBreak/>
        <w:t>Peo</w:t>
      </w:r>
      <w:r>
        <w:t>ple Availability Risk Assessment.xlsx</w:t>
      </w:r>
    </w:p>
    <w:p w:rsidR="009E6F44" w:rsidRDefault="003F0051">
      <w:pPr>
        <w:pStyle w:val="ListBullet"/>
      </w:pPr>
      <w:r>
        <w:t>Utilities &amp; Equipment Risk Assessment.xlsx</w:t>
      </w:r>
    </w:p>
    <w:p w:rsidR="009E6F44" w:rsidRDefault="003F0051">
      <w:pPr>
        <w:pStyle w:val="ListBullet"/>
      </w:pPr>
      <w:r>
        <w:t>Supplier &amp; Third-Party Disruption Risk Assessment.xlsx</w:t>
      </w:r>
    </w:p>
    <w:p w:rsidR="009E6F44" w:rsidRDefault="003F0051">
      <w:pPr>
        <w:pStyle w:val="ListBullet"/>
      </w:pPr>
      <w:r>
        <w:t>Single Point of Failure Register.xlsx</w:t>
      </w:r>
    </w:p>
    <w:p w:rsidR="009E6F44" w:rsidRDefault="003F0051">
      <w:pPr>
        <w:pStyle w:val="ListBullet"/>
      </w:pPr>
      <w:r>
        <w:t>Risk Control Effectiveness Assessment.xlsx</w:t>
      </w:r>
    </w:p>
    <w:p w:rsidR="009E6F44" w:rsidRDefault="003F0051">
      <w:pPr>
        <w:pStyle w:val="ListBullet"/>
      </w:pPr>
      <w:r>
        <w:t>BC Risk Treatment Plan.xlsx</w:t>
      </w:r>
    </w:p>
    <w:p w:rsidR="009E6F44" w:rsidRDefault="003F0051">
      <w:pPr>
        <w:pStyle w:val="ListBullet"/>
      </w:pPr>
      <w:r>
        <w:t>Residual BC</w:t>
      </w:r>
      <w:r>
        <w:t xml:space="preserve"> Risk Register.xlsx</w:t>
      </w:r>
    </w:p>
    <w:p w:rsidR="009E6F44" w:rsidRDefault="003F0051">
      <w:pPr>
        <w:pStyle w:val="ListBullet"/>
      </w:pPr>
      <w:r>
        <w:t>BC Risk Heat Map.xlsx</w:t>
      </w:r>
    </w:p>
    <w:p w:rsidR="009E6F44" w:rsidRDefault="003F0051">
      <w:pPr>
        <w:pStyle w:val="ListBullet"/>
      </w:pPr>
      <w:r>
        <w:t>BC Risk Assessment Report.docx</w:t>
      </w:r>
    </w:p>
    <w:p w:rsidR="009E6F44" w:rsidRDefault="003F0051">
      <w:pPr>
        <w:pStyle w:val="Heading2"/>
      </w:pPr>
      <w:r>
        <w:t>Part 9. Business Continuity Strategies &amp; Solutions</w:t>
      </w:r>
    </w:p>
    <w:p w:rsidR="009E6F44" w:rsidRDefault="003F0051">
      <w:pPr>
        <w:pStyle w:val="ListBullet"/>
      </w:pPr>
      <w:r>
        <w:t>Business Continuity Strategy Framework.docx</w:t>
      </w:r>
    </w:p>
    <w:p w:rsidR="009E6F44" w:rsidRDefault="003F0051">
      <w:pPr>
        <w:pStyle w:val="ListBullet"/>
      </w:pPr>
      <w:r>
        <w:t>Continuity Strategy Options Catalogue.xlsx</w:t>
      </w:r>
    </w:p>
    <w:p w:rsidR="009E6F44" w:rsidRDefault="003F0051">
      <w:pPr>
        <w:pStyle w:val="ListBullet"/>
      </w:pPr>
      <w:r>
        <w:t>Strategy Evaluation &amp; Selection Matrix.xlsx</w:t>
      </w:r>
    </w:p>
    <w:p w:rsidR="009E6F44" w:rsidRDefault="003F0051">
      <w:pPr>
        <w:pStyle w:val="ListBullet"/>
      </w:pPr>
      <w:r>
        <w:t>B</w:t>
      </w:r>
      <w:r>
        <w:t>usiness Continuity Strategy Workbook.xlsx</w:t>
      </w:r>
    </w:p>
    <w:p w:rsidR="009E6F44" w:rsidRDefault="003F0051">
      <w:pPr>
        <w:pStyle w:val="ListBullet"/>
      </w:pPr>
      <w:r>
        <w:t>People Continuity Strategy.xlsx</w:t>
      </w:r>
    </w:p>
    <w:p w:rsidR="009E6F44" w:rsidRDefault="003F0051">
      <w:pPr>
        <w:pStyle w:val="ListBullet"/>
      </w:pPr>
      <w:r>
        <w:t>Workplace &amp; Alternate Site Strategy.xlsx</w:t>
      </w:r>
    </w:p>
    <w:p w:rsidR="009E6F44" w:rsidRDefault="003F0051">
      <w:pPr>
        <w:pStyle w:val="ListBullet"/>
      </w:pPr>
      <w:r>
        <w:t>Equipment Utilities &amp; Resource Continuity Strategy.xlsx</w:t>
      </w:r>
    </w:p>
    <w:p w:rsidR="009E6F44" w:rsidRDefault="003F0051">
      <w:pPr>
        <w:pStyle w:val="ListBullet"/>
      </w:pPr>
      <w:r>
        <w:t>Information &amp; Data Continuity Requirements.xlsx</w:t>
      </w:r>
    </w:p>
    <w:p w:rsidR="009E6F44" w:rsidRDefault="003F0051">
      <w:pPr>
        <w:pStyle w:val="ListBullet"/>
      </w:pPr>
      <w:r>
        <w:t xml:space="preserve">Supplier &amp; Third-Party Continuity </w:t>
      </w:r>
      <w:r>
        <w:t>Strategy.xlsx</w:t>
      </w:r>
    </w:p>
    <w:p w:rsidR="009E6F44" w:rsidRDefault="003F0051">
      <w:pPr>
        <w:pStyle w:val="ListBullet"/>
      </w:pPr>
      <w:r>
        <w:t>Remote Working &amp; Manual Workaround Strategy.xlsx</w:t>
      </w:r>
    </w:p>
    <w:p w:rsidR="009E6F44" w:rsidRDefault="003F0051">
      <w:pPr>
        <w:pStyle w:val="ListBullet"/>
      </w:pPr>
      <w:r>
        <w:t>Recovery Sequencing Matrix.xlsx</w:t>
      </w:r>
    </w:p>
    <w:p w:rsidR="009E6F44" w:rsidRDefault="003F0051">
      <w:pPr>
        <w:pStyle w:val="ListBullet"/>
      </w:pPr>
      <w:r>
        <w:t>Recovery Dependency Matrix.xlsx</w:t>
      </w:r>
    </w:p>
    <w:p w:rsidR="009E6F44" w:rsidRDefault="003F0051">
      <w:pPr>
        <w:pStyle w:val="ListBullet"/>
      </w:pPr>
      <w:r>
        <w:t>Strategy Capability Gap Assessment.xlsx</w:t>
      </w:r>
    </w:p>
    <w:p w:rsidR="009E6F44" w:rsidRDefault="003F0051">
      <w:pPr>
        <w:pStyle w:val="ListBullet"/>
      </w:pPr>
      <w:r>
        <w:t>Strategy Implementation Plan.xlsx</w:t>
      </w:r>
    </w:p>
    <w:p w:rsidR="009E6F44" w:rsidRDefault="003F0051">
      <w:pPr>
        <w:pStyle w:val="ListBullet"/>
      </w:pPr>
      <w:r>
        <w:t>Business Continuity Strategy Report.docx</w:t>
      </w:r>
    </w:p>
    <w:p w:rsidR="009E6F44" w:rsidRDefault="003F0051">
      <w:pPr>
        <w:pStyle w:val="ListBullet"/>
      </w:pPr>
      <w:r>
        <w:t>Business Conti</w:t>
      </w:r>
      <w:r>
        <w:t>nuity Strategy Approval Record.docx</w:t>
      </w:r>
    </w:p>
    <w:p w:rsidR="009E6F44" w:rsidRDefault="003F0051">
      <w:pPr>
        <w:pStyle w:val="ListBullet"/>
      </w:pPr>
      <w:r>
        <w:t xml:space="preserve">Strategy Decision Executive </w:t>
      </w:r>
      <w:r>
        <w:t>.pptx</w:t>
      </w:r>
    </w:p>
    <w:p w:rsidR="009E6F44" w:rsidRDefault="003F0051">
      <w:pPr>
        <w:pStyle w:val="Heading2"/>
      </w:pPr>
      <w:r>
        <w:t>Part 10. Supplier &amp; Third-Party Business Continuity</w:t>
      </w:r>
    </w:p>
    <w:p w:rsidR="009E6F44" w:rsidRDefault="003F0051">
      <w:pPr>
        <w:pStyle w:val="ListBullet"/>
      </w:pPr>
      <w:r>
        <w:t>Supplier Continuity Management Procedure.docx</w:t>
      </w:r>
    </w:p>
    <w:p w:rsidR="009E6F44" w:rsidRDefault="003F0051">
      <w:pPr>
        <w:pStyle w:val="ListBullet"/>
      </w:pPr>
      <w:r>
        <w:t>Critical Supplier Classification Matrix.xlsx</w:t>
      </w:r>
    </w:p>
    <w:p w:rsidR="009E6F44" w:rsidRDefault="003F0051">
      <w:pPr>
        <w:pStyle w:val="ListBullet"/>
      </w:pPr>
      <w:r>
        <w:t>Critical Supplier Register.xlsx</w:t>
      </w:r>
    </w:p>
    <w:p w:rsidR="009E6F44" w:rsidRDefault="003F0051">
      <w:pPr>
        <w:pStyle w:val="ListBullet"/>
      </w:pPr>
      <w:r>
        <w:t>Supplie</w:t>
      </w:r>
      <w:r>
        <w:t>r Dependency Mapping.xlsx</w:t>
      </w:r>
    </w:p>
    <w:p w:rsidR="009E6F44" w:rsidRDefault="003F0051">
      <w:pPr>
        <w:pStyle w:val="ListBullet"/>
      </w:pPr>
      <w:r>
        <w:t>Supplier Business Continuity Questionnaire.docx</w:t>
      </w:r>
    </w:p>
    <w:p w:rsidR="009E6F44" w:rsidRDefault="003F0051">
      <w:pPr>
        <w:pStyle w:val="ListBullet"/>
      </w:pPr>
      <w:r>
        <w:t>Supplier BC Capability Assessment.xlsx</w:t>
      </w:r>
    </w:p>
    <w:p w:rsidR="009E6F44" w:rsidRDefault="003F0051">
      <w:pPr>
        <w:pStyle w:val="ListBullet"/>
      </w:pPr>
      <w:r>
        <w:t>Supplier Continuity Risk Assessment.xlsx</w:t>
      </w:r>
    </w:p>
    <w:p w:rsidR="009E6F44" w:rsidRDefault="003F0051">
      <w:pPr>
        <w:pStyle w:val="ListBullet"/>
      </w:pPr>
      <w:r>
        <w:t>Supplier Recovery Capability Assessment.xlsx</w:t>
      </w:r>
    </w:p>
    <w:p w:rsidR="009E6F44" w:rsidRDefault="003F0051">
      <w:pPr>
        <w:pStyle w:val="ListBullet"/>
      </w:pPr>
      <w:r>
        <w:t>Supplier RTO Alignment Matrix.xlsx</w:t>
      </w:r>
    </w:p>
    <w:p w:rsidR="009E6F44" w:rsidRDefault="003F0051">
      <w:pPr>
        <w:pStyle w:val="ListBullet"/>
      </w:pPr>
      <w:r>
        <w:t>Alternate Supplier &amp; S</w:t>
      </w:r>
      <w:r>
        <w:t>ourcing Register.xlsx</w:t>
      </w:r>
    </w:p>
    <w:p w:rsidR="009E6F44" w:rsidRDefault="003F0051">
      <w:pPr>
        <w:pStyle w:val="ListBullet"/>
      </w:pPr>
      <w:r>
        <w:t>Supplier Continuity Improvement Plan.xlsx</w:t>
      </w:r>
    </w:p>
    <w:p w:rsidR="009E6F44" w:rsidRDefault="003F0051">
      <w:pPr>
        <w:pStyle w:val="ListBullet"/>
      </w:pPr>
      <w:r>
        <w:t>Critical Supplier Assurance Tracker.xlsx</w:t>
      </w:r>
    </w:p>
    <w:p w:rsidR="009E6F44" w:rsidRDefault="003F0051">
      <w:pPr>
        <w:pStyle w:val="Heading2"/>
      </w:pPr>
      <w:r>
        <w:t>Part 11. Incident Response &amp; Business Continuity Plans</w:t>
      </w:r>
    </w:p>
    <w:p w:rsidR="009E6F44" w:rsidRDefault="003F0051">
      <w:pPr>
        <w:pStyle w:val="ListBullet"/>
      </w:pPr>
      <w:r>
        <w:t>Business Continuity Incident Management Procedure.docx</w:t>
      </w:r>
    </w:p>
    <w:p w:rsidR="009E6F44" w:rsidRDefault="003F0051">
      <w:pPr>
        <w:pStyle w:val="ListBullet"/>
      </w:pPr>
      <w:r>
        <w:t>Incident Classification &amp; Escalation Matr</w:t>
      </w:r>
      <w:r>
        <w:t>ix.xlsx</w:t>
      </w:r>
    </w:p>
    <w:p w:rsidR="009E6F44" w:rsidRDefault="003F0051">
      <w:pPr>
        <w:pStyle w:val="ListBullet"/>
      </w:pPr>
      <w:r>
        <w:t>BCP Activation Criteria &amp; Authority Matrix.xlsx</w:t>
      </w:r>
    </w:p>
    <w:p w:rsidR="009E6F44" w:rsidRDefault="003F0051">
      <w:pPr>
        <w:pStyle w:val="ListBullet"/>
      </w:pPr>
      <w:r>
        <w:t>Emergency Call Tree.xlsx</w:t>
      </w:r>
    </w:p>
    <w:p w:rsidR="009E6F44" w:rsidRDefault="003F0051">
      <w:pPr>
        <w:pStyle w:val="ListBullet"/>
      </w:pPr>
      <w:r>
        <w:t>Incident Roles &amp; Responsibilities Matrix.xlsx</w:t>
      </w:r>
    </w:p>
    <w:p w:rsidR="009E6F44" w:rsidRDefault="003F0051">
      <w:pPr>
        <w:pStyle w:val="ListBullet"/>
      </w:pPr>
      <w:r>
        <w:t>Incident Action Plan Template.docx</w:t>
      </w:r>
    </w:p>
    <w:p w:rsidR="009E6F44" w:rsidRDefault="003F0051">
      <w:pPr>
        <w:pStyle w:val="ListBullet"/>
      </w:pPr>
      <w:r>
        <w:t>Incident Situation Report Template.docx</w:t>
      </w:r>
    </w:p>
    <w:p w:rsidR="009E6F44" w:rsidRDefault="003F0051">
      <w:pPr>
        <w:pStyle w:val="ListBullet"/>
      </w:pPr>
      <w:r>
        <w:t>Incident Decision &amp; Action Log.xlsx</w:t>
      </w:r>
    </w:p>
    <w:p w:rsidR="009E6F44" w:rsidRDefault="003F0051">
      <w:pPr>
        <w:pStyle w:val="ListBullet"/>
      </w:pPr>
      <w:r>
        <w:t xml:space="preserve">Emergency </w:t>
      </w:r>
      <w:r>
        <w:t>Communication Templates.docx</w:t>
      </w:r>
    </w:p>
    <w:p w:rsidR="009E6F44" w:rsidRDefault="003F0051">
      <w:pPr>
        <w:pStyle w:val="ListBullet"/>
      </w:pPr>
      <w:r>
        <w:lastRenderedPageBreak/>
        <w:t>Enterprise Business Continuity Plan.docx</w:t>
      </w:r>
    </w:p>
    <w:p w:rsidR="009E6F44" w:rsidRDefault="003F0051">
      <w:pPr>
        <w:pStyle w:val="ListBullet"/>
      </w:pPr>
      <w:r>
        <w:t>Business Unit BCP Template.docx</w:t>
      </w:r>
    </w:p>
    <w:p w:rsidR="009E6F44" w:rsidRDefault="003F0051">
      <w:pPr>
        <w:pStyle w:val="ListBullet"/>
      </w:pPr>
      <w:r>
        <w:t>Site BCP Template.docx</w:t>
      </w:r>
    </w:p>
    <w:p w:rsidR="009E6F44" w:rsidRDefault="003F0051">
      <w:pPr>
        <w:pStyle w:val="ListBullet"/>
      </w:pPr>
      <w:r>
        <w:t>Critical Process Recovery Plan Template.docx</w:t>
      </w:r>
    </w:p>
    <w:p w:rsidR="009E6F44" w:rsidRDefault="003F0051">
      <w:pPr>
        <w:pStyle w:val="ListBullet"/>
      </w:pPr>
      <w:r>
        <w:t>Recovery Team Plan Template.docx</w:t>
      </w:r>
    </w:p>
    <w:p w:rsidR="009E6F44" w:rsidRDefault="003F0051">
      <w:pPr>
        <w:pStyle w:val="ListBullet"/>
      </w:pPr>
      <w:r>
        <w:t>Manual Workaround Procedure Template.docx</w:t>
      </w:r>
    </w:p>
    <w:p w:rsidR="009E6F44" w:rsidRDefault="003F0051">
      <w:pPr>
        <w:pStyle w:val="ListBullet"/>
      </w:pPr>
      <w:r>
        <w:t xml:space="preserve">Alternate </w:t>
      </w:r>
      <w:r>
        <w:t>Work Location Plan.docx</w:t>
      </w:r>
    </w:p>
    <w:p w:rsidR="009E6F44" w:rsidRDefault="003F0051">
      <w:pPr>
        <w:pStyle w:val="ListBullet"/>
      </w:pPr>
      <w:r>
        <w:t>Critical Contacts &amp; Resources Register.xlsx</w:t>
      </w:r>
    </w:p>
    <w:p w:rsidR="009E6F44" w:rsidRDefault="003F0051">
      <w:pPr>
        <w:pStyle w:val="ListBullet"/>
      </w:pPr>
      <w:r>
        <w:t>Recovery Priority &amp; Sequence Matrix.xlsx</w:t>
      </w:r>
    </w:p>
    <w:p w:rsidR="009E6F44" w:rsidRDefault="003F0051">
      <w:pPr>
        <w:pStyle w:val="ListBullet"/>
      </w:pPr>
      <w:r>
        <w:t>Recovery Status Report.docx</w:t>
      </w:r>
    </w:p>
    <w:p w:rsidR="009E6F44" w:rsidRDefault="003F0051">
      <w:pPr>
        <w:pStyle w:val="ListBullet"/>
      </w:pPr>
      <w:r>
        <w:t>Return-to-Normal Procedure.docx</w:t>
      </w:r>
    </w:p>
    <w:p w:rsidR="009E6F44" w:rsidRDefault="003F0051">
      <w:pPr>
        <w:pStyle w:val="ListBullet"/>
      </w:pPr>
      <w:r>
        <w:t>BCP Approval &amp; Sign-off Form.docx</w:t>
      </w:r>
    </w:p>
    <w:p w:rsidR="009E6F44" w:rsidRDefault="003F0051">
      <w:pPr>
        <w:pStyle w:val="ListBullet"/>
      </w:pPr>
      <w:r>
        <w:t>BCP Review &amp; Revision Tracker.xlsx</w:t>
      </w:r>
    </w:p>
    <w:p w:rsidR="009E6F44" w:rsidRDefault="003F0051">
      <w:pPr>
        <w:pStyle w:val="Heading2"/>
      </w:pPr>
      <w:r>
        <w:t>Part 12. Exercise,</w:t>
      </w:r>
      <w:r>
        <w:t xml:space="preserve"> Testing &amp; Capability Validation</w:t>
      </w:r>
    </w:p>
    <w:p w:rsidR="009E6F44" w:rsidRDefault="003F0051">
      <w:pPr>
        <w:pStyle w:val="ListBullet"/>
      </w:pPr>
      <w:r>
        <w:t>BCMS Exercise &amp; Testing Procedure.docx</w:t>
      </w:r>
    </w:p>
    <w:p w:rsidR="009E6F44" w:rsidRDefault="003F0051">
      <w:pPr>
        <w:pStyle w:val="ListBullet"/>
      </w:pPr>
      <w:r>
        <w:t>Annual Exercise &amp; Test Program.xlsx</w:t>
      </w:r>
    </w:p>
    <w:p w:rsidR="009E6F44" w:rsidRDefault="003F0051">
      <w:pPr>
        <w:pStyle w:val="ListBullet"/>
      </w:pPr>
      <w:r>
        <w:t>Multi-Year Exercise Plan.xlsx</w:t>
      </w:r>
    </w:p>
    <w:p w:rsidR="009E6F44" w:rsidRDefault="003F0051">
      <w:pPr>
        <w:pStyle w:val="ListBullet"/>
      </w:pPr>
      <w:r>
        <w:t>Exercise Coverage Matrix.xlsx</w:t>
      </w:r>
    </w:p>
    <w:p w:rsidR="009E6F44" w:rsidRDefault="003F0051">
      <w:pPr>
        <w:pStyle w:val="ListBullet"/>
      </w:pPr>
      <w:r>
        <w:t>Exercise Plan.docx</w:t>
      </w:r>
    </w:p>
    <w:p w:rsidR="009E6F44" w:rsidRDefault="003F0051">
      <w:pPr>
        <w:pStyle w:val="ListBullet"/>
      </w:pPr>
      <w:r>
        <w:t>Exercise Scenario Template.docx</w:t>
      </w:r>
    </w:p>
    <w:p w:rsidR="009E6F44" w:rsidRDefault="003F0051">
      <w:pPr>
        <w:pStyle w:val="ListBullet"/>
      </w:pPr>
      <w:r>
        <w:t>Master Scenario Events List.xlsx</w:t>
      </w:r>
    </w:p>
    <w:p w:rsidR="009E6F44" w:rsidRDefault="003F0051">
      <w:pPr>
        <w:pStyle w:val="ListBullet"/>
      </w:pPr>
      <w:r>
        <w:t>Exer</w:t>
      </w:r>
      <w:r>
        <w:t>cise Participant &amp; Role Register.xlsx</w:t>
      </w:r>
    </w:p>
    <w:p w:rsidR="009E6F44" w:rsidRDefault="003F0051">
      <w:pPr>
        <w:pStyle w:val="ListBullet"/>
      </w:pPr>
      <w:r>
        <w:t xml:space="preserve">Exercise Briefing </w:t>
      </w:r>
      <w:r>
        <w:t>.pptx</w:t>
      </w:r>
    </w:p>
    <w:p w:rsidR="009E6F44" w:rsidRDefault="003F0051">
      <w:pPr>
        <w:pStyle w:val="ListBullet"/>
      </w:pPr>
      <w:r>
        <w:t>BCP Test Checklist.xlsx</w:t>
      </w:r>
    </w:p>
    <w:p w:rsidR="009E6F44" w:rsidRDefault="003F0051">
      <w:pPr>
        <w:pStyle w:val="ListBullet"/>
      </w:pPr>
      <w:r>
        <w:t>Call Tree Test Record.xlsx</w:t>
      </w:r>
    </w:p>
    <w:p w:rsidR="009E6F44" w:rsidRDefault="003F0051">
      <w:pPr>
        <w:pStyle w:val="ListBullet"/>
      </w:pPr>
      <w:r>
        <w:t>Alternate Site &amp; Remote Working Test Record.xlsx</w:t>
      </w:r>
    </w:p>
    <w:p w:rsidR="009E6F44" w:rsidRDefault="003F0051">
      <w:pPr>
        <w:pStyle w:val="ListBullet"/>
      </w:pPr>
      <w:r>
        <w:t>Manual Workaround Test Record.xlsx</w:t>
      </w:r>
    </w:p>
    <w:p w:rsidR="009E6F44" w:rsidRDefault="003F0051">
      <w:pPr>
        <w:pStyle w:val="ListBullet"/>
      </w:pPr>
      <w:r>
        <w:t>Supplier Continuity Test Record.xlsx</w:t>
      </w:r>
    </w:p>
    <w:p w:rsidR="009E6F44" w:rsidRDefault="003F0051">
      <w:pPr>
        <w:pStyle w:val="ListBullet"/>
      </w:pPr>
      <w:r>
        <w:t xml:space="preserve">Exercise </w:t>
      </w:r>
      <w:r>
        <w:t>Evaluation Checklist.xlsx</w:t>
      </w:r>
    </w:p>
    <w:p w:rsidR="009E6F44" w:rsidRDefault="003F0051">
      <w:pPr>
        <w:pStyle w:val="ListBullet"/>
      </w:pPr>
      <w:r>
        <w:t>Exercise Issues &amp; Observations Register.xlsx</w:t>
      </w:r>
    </w:p>
    <w:p w:rsidR="009E6F44" w:rsidRDefault="003F0051">
      <w:pPr>
        <w:pStyle w:val="ListBullet"/>
      </w:pPr>
      <w:r>
        <w:t>Exercise After-Action Report.docx</w:t>
      </w:r>
    </w:p>
    <w:p w:rsidR="009E6F44" w:rsidRDefault="003F0051">
      <w:pPr>
        <w:pStyle w:val="ListBullet"/>
      </w:pPr>
      <w:r>
        <w:t>Exercise Corrective Action Tracker.xlsx</w:t>
      </w:r>
    </w:p>
    <w:p w:rsidR="009E6F44" w:rsidRDefault="003F0051">
      <w:pPr>
        <w:pStyle w:val="ListBullet"/>
      </w:pPr>
      <w:r>
        <w:t>Exercise Lessons Learned Register.xlsx</w:t>
      </w:r>
    </w:p>
    <w:p w:rsidR="009E6F44" w:rsidRDefault="003F0051">
      <w:pPr>
        <w:pStyle w:val="ListBullet"/>
      </w:pPr>
      <w:r>
        <w:t>Exercise Effectiveness Dashboard.xlsx</w:t>
      </w:r>
    </w:p>
    <w:p w:rsidR="009E6F44" w:rsidRDefault="003F0051">
      <w:pPr>
        <w:pStyle w:val="Heading2"/>
      </w:pPr>
      <w:r>
        <w:t>Part 13. Monitoring, Measurement &amp;</w:t>
      </w:r>
      <w:r>
        <w:t xml:space="preserve"> BCMS Performance</w:t>
      </w:r>
    </w:p>
    <w:p w:rsidR="009E6F44" w:rsidRDefault="003F0051">
      <w:pPr>
        <w:pStyle w:val="ListBullet"/>
      </w:pPr>
      <w:r>
        <w:t>BCMS Monitoring &amp; Measurement Plan.xlsx</w:t>
      </w:r>
    </w:p>
    <w:p w:rsidR="009E6F44" w:rsidRDefault="003F0051">
      <w:pPr>
        <w:pStyle w:val="ListBullet"/>
      </w:pPr>
      <w:r>
        <w:t>BCMS KPI &amp; KRI Register.xlsx</w:t>
      </w:r>
    </w:p>
    <w:p w:rsidR="009E6F44" w:rsidRDefault="003F0051">
      <w:pPr>
        <w:pStyle w:val="ListBullet"/>
      </w:pPr>
      <w:r>
        <w:t>BCMS Performance Dashboard.xlsx</w:t>
      </w:r>
    </w:p>
    <w:p w:rsidR="009E6F44" w:rsidRDefault="003F0051">
      <w:pPr>
        <w:pStyle w:val="ListBullet"/>
      </w:pPr>
      <w:r>
        <w:t>BCMS Objectives Performance Tracker.xlsx</w:t>
      </w:r>
    </w:p>
    <w:p w:rsidR="009E6F44" w:rsidRDefault="003F0051">
      <w:pPr>
        <w:pStyle w:val="ListBullet"/>
      </w:pPr>
      <w:r>
        <w:t>BIA Currency Tracker.xlsx</w:t>
      </w:r>
    </w:p>
    <w:p w:rsidR="009E6F44" w:rsidRDefault="003F0051">
      <w:pPr>
        <w:pStyle w:val="ListBullet"/>
      </w:pPr>
      <w:r>
        <w:t>BCP Currency Tracker.xlsx</w:t>
      </w:r>
    </w:p>
    <w:p w:rsidR="009E6F44" w:rsidRDefault="003F0051">
      <w:pPr>
        <w:pStyle w:val="ListBullet"/>
      </w:pPr>
      <w:r>
        <w:t>Strategy Readiness Tracker.xlsx</w:t>
      </w:r>
    </w:p>
    <w:p w:rsidR="009E6F44" w:rsidRDefault="003F0051">
      <w:pPr>
        <w:pStyle w:val="ListBullet"/>
      </w:pPr>
      <w:r>
        <w:t>Exercise Per</w:t>
      </w:r>
      <w:r>
        <w:t>formance Tracker.xlsx</w:t>
      </w:r>
    </w:p>
    <w:p w:rsidR="009E6F44" w:rsidRDefault="003F0051">
      <w:pPr>
        <w:pStyle w:val="ListBullet"/>
      </w:pPr>
      <w:r>
        <w:t>Critical Supplier Assurance Tracker.xlsx</w:t>
      </w:r>
    </w:p>
    <w:p w:rsidR="009E6F44" w:rsidRDefault="003F0051">
      <w:pPr>
        <w:pStyle w:val="ListBullet"/>
      </w:pPr>
      <w:r>
        <w:t>Training &amp; Competence Compliance Tracker.xlsx</w:t>
      </w:r>
    </w:p>
    <w:p w:rsidR="009E6F44" w:rsidRDefault="003F0051">
      <w:pPr>
        <w:pStyle w:val="ListBullet"/>
      </w:pPr>
      <w:r>
        <w:t>Incident &amp; Recovery Performance Register.xlsx</w:t>
      </w:r>
    </w:p>
    <w:p w:rsidR="009E6F44" w:rsidRDefault="003F0051">
      <w:pPr>
        <w:pStyle w:val="ListBullet"/>
      </w:pPr>
      <w:r>
        <w:t>Actual Recovery Time vs Target RTO Tracker.xlsx</w:t>
      </w:r>
    </w:p>
    <w:p w:rsidR="009E6F44" w:rsidRDefault="003F0051">
      <w:pPr>
        <w:pStyle w:val="ListBullet"/>
      </w:pPr>
      <w:r>
        <w:t>BCMS Annual Performance Report.docx</w:t>
      </w:r>
    </w:p>
    <w:p w:rsidR="009E6F44" w:rsidRDefault="003F0051">
      <w:pPr>
        <w:pStyle w:val="ListBullet"/>
      </w:pPr>
      <w:r>
        <w:t xml:space="preserve">BCMS Performance </w:t>
      </w:r>
      <w:r>
        <w:t xml:space="preserve">Review </w:t>
      </w:r>
      <w:r>
        <w:t>.pptx</w:t>
      </w:r>
    </w:p>
    <w:p w:rsidR="009E6F44" w:rsidRDefault="003F0051">
      <w:pPr>
        <w:pStyle w:val="Heading2"/>
      </w:pPr>
      <w:r>
        <w:lastRenderedPageBreak/>
        <w:t>Part 14. Internal Audit &amp; Management Review</w:t>
      </w:r>
    </w:p>
    <w:p w:rsidR="009E6F44" w:rsidRDefault="003F0051">
      <w:pPr>
        <w:pStyle w:val="ListBullet"/>
      </w:pPr>
      <w:r>
        <w:t>BCMS Internal Audit Procedure.docx</w:t>
      </w:r>
    </w:p>
    <w:p w:rsidR="009E6F44" w:rsidRDefault="003F0051">
      <w:pPr>
        <w:pStyle w:val="ListBullet"/>
      </w:pPr>
      <w:r>
        <w:t>Annual Internal Audit Program.xlsx</w:t>
      </w:r>
    </w:p>
    <w:p w:rsidR="009E6F44" w:rsidRDefault="003F0051">
      <w:pPr>
        <w:pStyle w:val="ListBullet"/>
      </w:pPr>
      <w:r>
        <w:t>ISO 22301 Internal Audit Checklist.xlsx</w:t>
      </w:r>
    </w:p>
    <w:p w:rsidR="009E6F44" w:rsidRDefault="003F0051">
      <w:pPr>
        <w:pStyle w:val="ListBullet"/>
      </w:pPr>
      <w:r>
        <w:t>BCMS Process Audit Checklist.xlsx</w:t>
      </w:r>
    </w:p>
    <w:p w:rsidR="009E6F44" w:rsidRDefault="003F0051">
      <w:pPr>
        <w:pStyle w:val="ListBullet"/>
      </w:pPr>
      <w:r>
        <w:t>Internal Audit Plan.docx</w:t>
      </w:r>
    </w:p>
    <w:p w:rsidR="009E6F44" w:rsidRDefault="003F0051">
      <w:pPr>
        <w:pStyle w:val="ListBullet"/>
      </w:pPr>
      <w:r>
        <w:t xml:space="preserve">Audit Evidence &amp; Findings </w:t>
      </w:r>
      <w:r>
        <w:t>Register.xlsx</w:t>
      </w:r>
    </w:p>
    <w:p w:rsidR="009E6F44" w:rsidRDefault="003F0051">
      <w:pPr>
        <w:pStyle w:val="ListBullet"/>
      </w:pPr>
      <w:r>
        <w:t>Internal Audit Report.docx</w:t>
      </w:r>
    </w:p>
    <w:p w:rsidR="009E6F44" w:rsidRDefault="003F0051">
      <w:pPr>
        <w:pStyle w:val="ListBullet"/>
      </w:pPr>
      <w:r>
        <w:t>Audit Corrective Action Tracker.xlsx</w:t>
      </w:r>
    </w:p>
    <w:p w:rsidR="009E6F44" w:rsidRDefault="003F0051">
      <w:pPr>
        <w:pStyle w:val="ListBullet"/>
      </w:pPr>
      <w:r>
        <w:t>Management Review Input Checklist.xlsx</w:t>
      </w:r>
    </w:p>
    <w:p w:rsidR="009E6F44" w:rsidRDefault="003F0051">
      <w:pPr>
        <w:pStyle w:val="ListBullet"/>
      </w:pPr>
      <w:r>
        <w:t>Management Review Data Pack.xlsx</w:t>
      </w:r>
    </w:p>
    <w:p w:rsidR="009E6F44" w:rsidRDefault="003F0051">
      <w:pPr>
        <w:pStyle w:val="ListBullet"/>
      </w:pPr>
      <w:r>
        <w:t>Management Review Agenda.docx</w:t>
      </w:r>
    </w:p>
    <w:p w:rsidR="009E6F44" w:rsidRDefault="003F0051">
      <w:pPr>
        <w:pStyle w:val="ListBullet"/>
      </w:pPr>
      <w:r>
        <w:t>Management Review Presentation.pptx</w:t>
      </w:r>
    </w:p>
    <w:p w:rsidR="009E6F44" w:rsidRDefault="003F0051">
      <w:pPr>
        <w:pStyle w:val="ListBullet"/>
      </w:pPr>
      <w:r>
        <w:t>Management Review Minutes.docx</w:t>
      </w:r>
    </w:p>
    <w:p w:rsidR="009E6F44" w:rsidRDefault="003F0051">
      <w:pPr>
        <w:pStyle w:val="ListBullet"/>
      </w:pPr>
      <w:r>
        <w:t>Managemen</w:t>
      </w:r>
      <w:r>
        <w:t>t Review Decision &amp; Action Register.xlsx</w:t>
      </w:r>
    </w:p>
    <w:p w:rsidR="009E6F44" w:rsidRDefault="003F0051">
      <w:pPr>
        <w:pStyle w:val="Heading2"/>
      </w:pPr>
      <w:r>
        <w:t>Part 15. Nonconformity, Corrective Action &amp; Continual Improvement</w:t>
      </w:r>
    </w:p>
    <w:p w:rsidR="009E6F44" w:rsidRDefault="003F0051">
      <w:pPr>
        <w:pStyle w:val="ListBullet"/>
      </w:pPr>
      <w:r>
        <w:t>Nonconformity &amp; Corrective Action Procedure.docx</w:t>
      </w:r>
    </w:p>
    <w:p w:rsidR="009E6F44" w:rsidRDefault="003F0051">
      <w:pPr>
        <w:pStyle w:val="ListBullet"/>
      </w:pPr>
      <w:r>
        <w:t>Nonconformity Report Form.docx</w:t>
      </w:r>
    </w:p>
    <w:p w:rsidR="009E6F44" w:rsidRDefault="003F0051">
      <w:pPr>
        <w:pStyle w:val="ListBullet"/>
      </w:pPr>
      <w:r>
        <w:t>Corrective Action Request Form.docx</w:t>
      </w:r>
    </w:p>
    <w:p w:rsidR="009E6F44" w:rsidRDefault="003F0051">
      <w:pPr>
        <w:pStyle w:val="ListBullet"/>
      </w:pPr>
      <w:r>
        <w:t>Root Cause Analysis Template.docx</w:t>
      </w:r>
    </w:p>
    <w:p w:rsidR="009E6F44" w:rsidRDefault="003F0051">
      <w:pPr>
        <w:pStyle w:val="ListBullet"/>
      </w:pPr>
      <w:r>
        <w:t>CAPA Register.xlsx</w:t>
      </w:r>
    </w:p>
    <w:p w:rsidR="009E6F44" w:rsidRDefault="003F0051">
      <w:pPr>
        <w:pStyle w:val="ListBullet"/>
      </w:pPr>
      <w:r>
        <w:t>Corrective Action Plan.xlsx</w:t>
      </w:r>
    </w:p>
    <w:p w:rsidR="009E6F44" w:rsidRDefault="003F0051">
      <w:pPr>
        <w:pStyle w:val="ListBullet"/>
      </w:pPr>
      <w:r>
        <w:t>Corrective Action Effectiveness Review.docx</w:t>
      </w:r>
    </w:p>
    <w:p w:rsidR="009E6F44" w:rsidRDefault="003F0051">
      <w:pPr>
        <w:pStyle w:val="ListBullet"/>
      </w:pPr>
      <w:r>
        <w:t>Lessons Learned Register.xlsx</w:t>
      </w:r>
    </w:p>
    <w:p w:rsidR="009E6F44" w:rsidRDefault="003F0051">
      <w:pPr>
        <w:pStyle w:val="ListBullet"/>
      </w:pPr>
      <w:r>
        <w:t>BCMS Improvement Opportunities Register.xlsx</w:t>
      </w:r>
    </w:p>
    <w:p w:rsidR="009E6F44" w:rsidRDefault="003F0051">
      <w:pPr>
        <w:pStyle w:val="ListBullet"/>
      </w:pPr>
      <w:r>
        <w:t>Continual Improvement Roadmap.xlsx</w:t>
      </w:r>
    </w:p>
    <w:p w:rsidR="009E6F44" w:rsidRDefault="003F0051">
      <w:pPr>
        <w:pStyle w:val="ListBullet"/>
      </w:pPr>
      <w:r>
        <w:t>Continual Improvement Dashboard.xlsx</w:t>
      </w:r>
    </w:p>
    <w:p w:rsidR="009E6F44" w:rsidRDefault="003F0051">
      <w:pPr>
        <w:pStyle w:val="Heading2"/>
      </w:pPr>
      <w:r>
        <w:t>Part 16. Certific</w:t>
      </w:r>
      <w:r>
        <w:t>ation Readiness, Handover &amp; Sustainment</w:t>
      </w:r>
    </w:p>
    <w:p w:rsidR="009E6F44" w:rsidRDefault="003F0051">
      <w:pPr>
        <w:pStyle w:val="ListBullet"/>
      </w:pPr>
      <w:r>
        <w:t>ISO 22301 Certification Readiness Assessment.xlsx</w:t>
      </w:r>
    </w:p>
    <w:p w:rsidR="009E6F44" w:rsidRDefault="003F0051">
      <w:pPr>
        <w:pStyle w:val="ListBullet"/>
      </w:pPr>
      <w:r>
        <w:t>ISO 22301 Clause-to-Evidence Matrix.xlsx</w:t>
      </w:r>
    </w:p>
    <w:p w:rsidR="009E6F44" w:rsidRDefault="003F0051">
      <w:pPr>
        <w:pStyle w:val="ListBullet"/>
      </w:pPr>
      <w:r>
        <w:t>Stage 1 Readiness Checklist.xlsx</w:t>
      </w:r>
    </w:p>
    <w:p w:rsidR="009E6F44" w:rsidRDefault="003F0051">
      <w:pPr>
        <w:pStyle w:val="ListBullet"/>
      </w:pPr>
      <w:r>
        <w:t>Stage 2 Readiness Checklist.xlsx</w:t>
      </w:r>
    </w:p>
    <w:p w:rsidR="009E6F44" w:rsidRDefault="003F0051">
      <w:pPr>
        <w:pStyle w:val="ListBullet"/>
      </w:pPr>
      <w:r>
        <w:t>Certification Evidence Master Index.xlsx</w:t>
      </w:r>
    </w:p>
    <w:p w:rsidR="009E6F44" w:rsidRDefault="003F0051">
      <w:pPr>
        <w:pStyle w:val="ListBullet"/>
      </w:pPr>
      <w:r>
        <w:t>Mock Certification</w:t>
      </w:r>
      <w:r>
        <w:t xml:space="preserve"> Audit Checklist.xlsx</w:t>
      </w:r>
    </w:p>
    <w:p w:rsidR="009E6F44" w:rsidRDefault="003F0051">
      <w:pPr>
        <w:pStyle w:val="ListBullet"/>
      </w:pPr>
      <w:r>
        <w:t>Mock Audit Findings Register.xlsx</w:t>
      </w:r>
    </w:p>
    <w:p w:rsidR="009E6F44" w:rsidRDefault="003F0051">
      <w:pPr>
        <w:pStyle w:val="ListBullet"/>
      </w:pPr>
      <w:r>
        <w:t>Pre-Certification Action Tracker.xlsx</w:t>
      </w:r>
    </w:p>
    <w:p w:rsidR="009E6F44" w:rsidRDefault="003F0051">
      <w:pPr>
        <w:pStyle w:val="ListBullet"/>
      </w:pPr>
      <w:r>
        <w:t>BCMS Operational Handover Checklist.xlsx</w:t>
      </w:r>
    </w:p>
    <w:p w:rsidR="009E6F44" w:rsidRDefault="003F0051">
      <w:pPr>
        <w:pStyle w:val="ListBullet"/>
      </w:pPr>
      <w:r>
        <w:t>Annual BCMS Maintenance Plan.xlsx</w:t>
      </w:r>
    </w:p>
    <w:p w:rsidR="009E6F44" w:rsidRDefault="003F0051">
      <w:pPr>
        <w:pStyle w:val="ListBullet"/>
      </w:pPr>
      <w:r>
        <w:t>Annual BIA &amp; BCP Review Plan.xlsx</w:t>
      </w:r>
    </w:p>
    <w:p w:rsidR="009E6F44" w:rsidRDefault="003F0051">
      <w:pPr>
        <w:pStyle w:val="ListBullet"/>
      </w:pPr>
      <w:r>
        <w:t>Three-Year Exercise Program.xlsx</w:t>
      </w:r>
    </w:p>
    <w:p w:rsidR="009E6F44" w:rsidRDefault="003F0051">
      <w:pPr>
        <w:pStyle w:val="ListBullet"/>
      </w:pPr>
      <w:r>
        <w:t xml:space="preserve">Annual Internal </w:t>
      </w:r>
      <w:r>
        <w:t>Audit &amp; Management Review Calendar.xlsx</w:t>
      </w:r>
    </w:p>
    <w:p w:rsidR="009E6F44" w:rsidRDefault="003F0051">
      <w:pPr>
        <w:pStyle w:val="ListBullet"/>
      </w:pPr>
      <w:r>
        <w:t>Surveillance Audit Readiness Tracker.xlsx</w:t>
      </w:r>
    </w:p>
    <w:p w:rsidR="009E6F44" w:rsidRDefault="003F0051">
      <w:pPr>
        <w:pStyle w:val="ListBullet"/>
      </w:pPr>
      <w:r>
        <w:t>BCMS Continual Improvement Plan.xlsx</w:t>
      </w:r>
    </w:p>
    <w:p w:rsidR="009E6F44" w:rsidRDefault="003F0051">
      <w:pPr>
        <w:pStyle w:val="ListBullet"/>
      </w:pPr>
      <w:r>
        <w:t>Consultant Handover Checklist.xlsx</w:t>
      </w:r>
    </w:p>
    <w:p w:rsidR="009E6F44" w:rsidRDefault="003F0051">
      <w:pPr>
        <w:pStyle w:val="ListBullet"/>
      </w:pPr>
      <w:r>
        <w:t>Final Implementation Report.docx</w:t>
      </w:r>
    </w:p>
    <w:p w:rsidR="009E6F44" w:rsidRDefault="003F0051">
      <w:pPr>
        <w:pStyle w:val="ListBullet"/>
      </w:pPr>
      <w:r>
        <w:t xml:space="preserve">Final Executive Handover </w:t>
      </w:r>
      <w:r>
        <w:t>.pptx</w:t>
      </w:r>
    </w:p>
    <w:sectPr w:rsidR="009E6F44" w:rsidSect="00034616">
      <w:footerReference w:type="default" r:id="rId8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051" w:rsidRDefault="003F0051" w:rsidP="009E6F44">
      <w:pPr>
        <w:spacing w:after="0" w:line="240" w:lineRule="auto"/>
      </w:pPr>
      <w:r>
        <w:separator/>
      </w:r>
    </w:p>
  </w:endnote>
  <w:endnote w:type="continuationSeparator" w:id="1">
    <w:p w:rsidR="003F0051" w:rsidRDefault="003F0051" w:rsidP="009E6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F44" w:rsidRDefault="003F0051">
    <w:pPr>
      <w:pStyle w:val="Footer"/>
      <w:jc w:val="center"/>
    </w:pPr>
    <w:r>
      <w:rPr>
        <w:color w:val="7F7F7F"/>
        <w:sz w:val="16"/>
      </w:rPr>
      <w:t>ISO 22301 - Professional Core Implementation Toolkit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051" w:rsidRDefault="003F0051" w:rsidP="009E6F44">
      <w:pPr>
        <w:spacing w:after="0" w:line="240" w:lineRule="auto"/>
      </w:pPr>
      <w:r>
        <w:separator/>
      </w:r>
    </w:p>
  </w:footnote>
  <w:footnote w:type="continuationSeparator" w:id="1">
    <w:p w:rsidR="003F0051" w:rsidRDefault="003F0051" w:rsidP="009E6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15074B"/>
    <w:rsid w:val="00294694"/>
    <w:rsid w:val="0029639D"/>
    <w:rsid w:val="00326F90"/>
    <w:rsid w:val="003F0051"/>
    <w:rsid w:val="009E6F44"/>
    <w:rsid w:val="00AA1D8D"/>
    <w:rsid w:val="00B47730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1F4E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24" w:line="240" w:lineRule="auto"/>
      <w:ind w:left="331" w:hanging="187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SOTitle">
    <w:name w:val="ISO Title"/>
    <w:rsid w:val="009E6F44"/>
    <w:pPr>
      <w:spacing w:after="100"/>
    </w:pPr>
    <w:rPr>
      <w:rFonts w:ascii="Arial" w:eastAsia="Arial" w:hAnsi="Arial"/>
      <w:b/>
      <w:color w:val="1F4E79"/>
      <w:sz w:val="36"/>
    </w:rPr>
  </w:style>
  <w:style w:type="paragraph" w:customStyle="1" w:styleId="ToolkitSubtitle">
    <w:name w:val="Toolkit Subtitle"/>
    <w:rsid w:val="009E6F44"/>
    <w:rPr>
      <w:rFonts w:ascii="Arial" w:eastAsia="Arial" w:hAnsi="Arial"/>
      <w:b/>
      <w:color w:val="595959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9301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ASUS</cp:lastModifiedBy>
  <cp:revision>2</cp:revision>
  <dcterms:created xsi:type="dcterms:W3CDTF">2013-12-23T23:15:00Z</dcterms:created>
  <dcterms:modified xsi:type="dcterms:W3CDTF">2026-08-23T09:09:00Z</dcterms:modified>
  <cp:category/>
</cp:coreProperties>
</file>