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3897" w:rsidRDefault="001F3907">
      <w:pPr>
        <w:spacing w:after="240"/>
        <w:jc w:val="center"/>
      </w:pPr>
      <w:r>
        <w:rPr>
          <w:b/>
          <w:color w:val="1F4E79"/>
          <w:sz w:val="34"/>
        </w:rPr>
        <w:t>ISO 20400:2017 - Sustainable Procurement — Guidance</w:t>
      </w:r>
    </w:p>
    <w:p w:rsidR="00800ED2" w:rsidRDefault="00800ED2" w:rsidP="00800ED2">
      <w:pPr>
        <w:pStyle w:val="Heading3"/>
      </w:pPr>
      <w:r>
        <w:t>Part 1. Program Initiation &amp; Current-State Assessment</w:t>
      </w:r>
    </w:p>
    <w:p w:rsidR="00800ED2" w:rsidRDefault="00800ED2" w:rsidP="00800ED2">
      <w:pPr>
        <w:numPr>
          <w:ilvl w:val="0"/>
          <w:numId w:val="10"/>
        </w:numPr>
        <w:spacing w:before="100" w:beforeAutospacing="1" w:after="100" w:afterAutospacing="1" w:line="240" w:lineRule="auto"/>
      </w:pPr>
      <w:r>
        <w:t xml:space="preserve">ISO 20400 Implementation Project Charter.docx </w:t>
      </w:r>
    </w:p>
    <w:p w:rsidR="00800ED2" w:rsidRDefault="00800ED2" w:rsidP="00800ED2">
      <w:pPr>
        <w:numPr>
          <w:ilvl w:val="0"/>
          <w:numId w:val="10"/>
        </w:numPr>
        <w:spacing w:before="100" w:beforeAutospacing="1" w:after="100" w:afterAutospacing="1" w:line="240" w:lineRule="auto"/>
      </w:pPr>
      <w:r>
        <w:t xml:space="preserve">Sustainable Procurement Implementation Scope.xlsx </w:t>
      </w:r>
    </w:p>
    <w:p w:rsidR="00800ED2" w:rsidRDefault="00800ED2" w:rsidP="00800ED2">
      <w:pPr>
        <w:numPr>
          <w:ilvl w:val="0"/>
          <w:numId w:val="10"/>
        </w:numPr>
        <w:spacing w:before="100" w:beforeAutospacing="1" w:after="100" w:afterAutospacing="1" w:line="240" w:lineRule="auto"/>
      </w:pPr>
      <w:r>
        <w:t xml:space="preserve">ISO 20400 Current-State Assessment.xlsx </w:t>
      </w:r>
    </w:p>
    <w:p w:rsidR="00800ED2" w:rsidRDefault="00800ED2" w:rsidP="00800ED2">
      <w:pPr>
        <w:numPr>
          <w:ilvl w:val="0"/>
          <w:numId w:val="10"/>
        </w:numPr>
        <w:spacing w:before="100" w:beforeAutospacing="1" w:after="100" w:afterAutospacing="1" w:line="240" w:lineRule="auto"/>
      </w:pPr>
      <w:r>
        <w:t xml:space="preserve">Sustainable Procurement Maturity Assessment.xlsx </w:t>
      </w:r>
    </w:p>
    <w:p w:rsidR="00800ED2" w:rsidRDefault="00800ED2" w:rsidP="00800ED2">
      <w:pPr>
        <w:numPr>
          <w:ilvl w:val="0"/>
          <w:numId w:val="10"/>
        </w:numPr>
        <w:spacing w:before="100" w:beforeAutospacing="1" w:after="100" w:afterAutospacing="1" w:line="240" w:lineRule="auto"/>
      </w:pPr>
      <w:r>
        <w:t xml:space="preserve">Existing Procurement Documentation Review.xlsx </w:t>
      </w:r>
    </w:p>
    <w:p w:rsidR="00800ED2" w:rsidRDefault="00800ED2" w:rsidP="00800ED2">
      <w:pPr>
        <w:numPr>
          <w:ilvl w:val="0"/>
          <w:numId w:val="10"/>
        </w:numPr>
        <w:spacing w:before="100" w:beforeAutospacing="1" w:after="100" w:afterAutospacing="1" w:line="240" w:lineRule="auto"/>
      </w:pPr>
      <w:r>
        <w:t xml:space="preserve">Gap &amp; Improvement Action Plan.xlsx </w:t>
      </w:r>
    </w:p>
    <w:p w:rsidR="00800ED2" w:rsidRDefault="00800ED2" w:rsidP="00800ED2">
      <w:pPr>
        <w:numPr>
          <w:ilvl w:val="0"/>
          <w:numId w:val="10"/>
        </w:numPr>
        <w:spacing w:before="100" w:beforeAutospacing="1" w:after="100" w:afterAutospacing="1" w:line="240" w:lineRule="auto"/>
      </w:pPr>
      <w:r>
        <w:t xml:space="preserve">Integrated Implementation Plan.xlsx </w:t>
      </w:r>
    </w:p>
    <w:p w:rsidR="00800ED2" w:rsidRDefault="00800ED2" w:rsidP="00800ED2">
      <w:pPr>
        <w:numPr>
          <w:ilvl w:val="0"/>
          <w:numId w:val="10"/>
        </w:numPr>
        <w:spacing w:before="100" w:beforeAutospacing="1" w:after="100" w:afterAutospacing="1" w:line="240" w:lineRule="auto"/>
      </w:pPr>
      <w:r>
        <w:t xml:space="preserve">Project RACI Matrix.xlsx </w:t>
      </w:r>
    </w:p>
    <w:p w:rsidR="00800ED2" w:rsidRDefault="00800ED2" w:rsidP="00800ED2">
      <w:pPr>
        <w:numPr>
          <w:ilvl w:val="0"/>
          <w:numId w:val="10"/>
        </w:numPr>
        <w:spacing w:before="100" w:beforeAutospacing="1" w:after="100" w:afterAutospacing="1" w:line="240" w:lineRule="auto"/>
      </w:pPr>
      <w:r>
        <w:t xml:space="preserve">Project Kick-off .pptx </w:t>
      </w:r>
    </w:p>
    <w:p w:rsidR="00800ED2" w:rsidRDefault="00800ED2" w:rsidP="00800ED2">
      <w:pPr>
        <w:numPr>
          <w:ilvl w:val="0"/>
          <w:numId w:val="10"/>
        </w:numPr>
        <w:spacing w:before="100" w:beforeAutospacing="1" w:after="100" w:afterAutospacing="1" w:line="240" w:lineRule="auto"/>
      </w:pPr>
      <w:r>
        <w:t xml:space="preserve">Current-State Assessment Executive .pptx </w:t>
      </w:r>
    </w:p>
    <w:p w:rsidR="00800ED2" w:rsidRDefault="00800ED2" w:rsidP="00800ED2">
      <w:pPr>
        <w:pStyle w:val="Heading3"/>
      </w:pPr>
      <w:r>
        <w:t>Part 2. Organizational Context &amp; Stakeholder Requirements</w:t>
      </w:r>
    </w:p>
    <w:p w:rsidR="00800ED2" w:rsidRDefault="00800ED2" w:rsidP="00800ED2">
      <w:pPr>
        <w:numPr>
          <w:ilvl w:val="0"/>
          <w:numId w:val="11"/>
        </w:numPr>
        <w:spacing w:before="100" w:beforeAutospacing="1" w:after="100" w:afterAutospacing="1" w:line="240" w:lineRule="auto"/>
      </w:pPr>
      <w:r>
        <w:t xml:space="preserve">Sustainable Procurement Context Assessment.xlsx </w:t>
      </w:r>
    </w:p>
    <w:p w:rsidR="00800ED2" w:rsidRDefault="00800ED2" w:rsidP="00800ED2">
      <w:pPr>
        <w:numPr>
          <w:ilvl w:val="0"/>
          <w:numId w:val="11"/>
        </w:numPr>
        <w:spacing w:before="100" w:beforeAutospacing="1" w:after="100" w:afterAutospacing="1" w:line="240" w:lineRule="auto"/>
      </w:pPr>
      <w:r>
        <w:t xml:space="preserve">Interested Parties &amp; Requirements Register.xlsx </w:t>
      </w:r>
    </w:p>
    <w:p w:rsidR="00800ED2" w:rsidRDefault="00800ED2" w:rsidP="00800ED2">
      <w:pPr>
        <w:numPr>
          <w:ilvl w:val="0"/>
          <w:numId w:val="11"/>
        </w:numPr>
        <w:spacing w:before="100" w:beforeAutospacing="1" w:after="100" w:afterAutospacing="1" w:line="240" w:lineRule="auto"/>
      </w:pPr>
      <w:r>
        <w:t xml:space="preserve">Procurement Stakeholder Mapping.xlsx </w:t>
      </w:r>
    </w:p>
    <w:p w:rsidR="00800ED2" w:rsidRDefault="00800ED2" w:rsidP="00800ED2">
      <w:pPr>
        <w:numPr>
          <w:ilvl w:val="0"/>
          <w:numId w:val="11"/>
        </w:numPr>
        <w:spacing w:before="100" w:beforeAutospacing="1" w:after="100" w:afterAutospacing="1" w:line="240" w:lineRule="auto"/>
      </w:pPr>
      <w:r>
        <w:t xml:space="preserve">Sustainability Issues Register.xlsx </w:t>
      </w:r>
    </w:p>
    <w:p w:rsidR="00800ED2" w:rsidRDefault="00800ED2" w:rsidP="00800ED2">
      <w:pPr>
        <w:numPr>
          <w:ilvl w:val="0"/>
          <w:numId w:val="11"/>
        </w:numPr>
        <w:spacing w:before="100" w:beforeAutospacing="1" w:after="100" w:afterAutospacing="1" w:line="240" w:lineRule="auto"/>
      </w:pPr>
      <w:r>
        <w:t xml:space="preserve">Legal, Regulatory &amp; Contractual Requirements Register.xlsx </w:t>
      </w:r>
    </w:p>
    <w:p w:rsidR="00800ED2" w:rsidRDefault="00800ED2" w:rsidP="00800ED2">
      <w:pPr>
        <w:numPr>
          <w:ilvl w:val="0"/>
          <w:numId w:val="11"/>
        </w:numPr>
        <w:spacing w:before="100" w:beforeAutospacing="1" w:after="100" w:afterAutospacing="1" w:line="240" w:lineRule="auto"/>
      </w:pPr>
      <w:r>
        <w:t xml:space="preserve">Business &amp; Sustainability Objectives Alignment Matrix.xlsx </w:t>
      </w:r>
    </w:p>
    <w:p w:rsidR="00800ED2" w:rsidRDefault="00800ED2" w:rsidP="00800ED2">
      <w:pPr>
        <w:pStyle w:val="Heading3"/>
      </w:pPr>
      <w:r>
        <w:t>Part 3. Sustainable Procurement Principles &amp; Commitments</w:t>
      </w:r>
    </w:p>
    <w:p w:rsidR="00800ED2" w:rsidRDefault="00800ED2" w:rsidP="00800ED2">
      <w:pPr>
        <w:numPr>
          <w:ilvl w:val="0"/>
          <w:numId w:val="12"/>
        </w:numPr>
        <w:spacing w:before="100" w:beforeAutospacing="1" w:after="100" w:afterAutospacing="1" w:line="240" w:lineRule="auto"/>
      </w:pPr>
      <w:r>
        <w:t xml:space="preserve">Sustainable Procurement Principles Framework.docx </w:t>
      </w:r>
    </w:p>
    <w:p w:rsidR="00800ED2" w:rsidRDefault="00800ED2" w:rsidP="00800ED2">
      <w:pPr>
        <w:numPr>
          <w:ilvl w:val="0"/>
          <w:numId w:val="12"/>
        </w:numPr>
        <w:spacing w:before="100" w:beforeAutospacing="1" w:after="100" w:afterAutospacing="1" w:line="240" w:lineRule="auto"/>
      </w:pPr>
      <w:r>
        <w:t xml:space="preserve">Sustainable Procurement Principles Self-Assessment.xlsx </w:t>
      </w:r>
    </w:p>
    <w:p w:rsidR="00800ED2" w:rsidRDefault="00800ED2" w:rsidP="00800ED2">
      <w:pPr>
        <w:numPr>
          <w:ilvl w:val="0"/>
          <w:numId w:val="12"/>
        </w:numPr>
        <w:spacing w:before="100" w:beforeAutospacing="1" w:after="100" w:afterAutospacing="1" w:line="240" w:lineRule="auto"/>
      </w:pPr>
      <w:r>
        <w:t xml:space="preserve">Responsible Purchasing Principles.docx </w:t>
      </w:r>
    </w:p>
    <w:p w:rsidR="00800ED2" w:rsidRDefault="00800ED2" w:rsidP="00800ED2">
      <w:pPr>
        <w:numPr>
          <w:ilvl w:val="0"/>
          <w:numId w:val="12"/>
        </w:numPr>
        <w:spacing w:before="100" w:beforeAutospacing="1" w:after="100" w:afterAutospacing="1" w:line="240" w:lineRule="auto"/>
      </w:pPr>
      <w:r>
        <w:t xml:space="preserve">Supplier Sustainability Principles.docx </w:t>
      </w:r>
    </w:p>
    <w:p w:rsidR="00800ED2" w:rsidRDefault="00800ED2" w:rsidP="00800ED2">
      <w:pPr>
        <w:numPr>
          <w:ilvl w:val="0"/>
          <w:numId w:val="12"/>
        </w:numPr>
        <w:spacing w:before="100" w:beforeAutospacing="1" w:after="100" w:afterAutospacing="1" w:line="240" w:lineRule="auto"/>
      </w:pPr>
      <w:r>
        <w:t xml:space="preserve">Sustainable Procurement Commitment Statement.docx </w:t>
      </w:r>
    </w:p>
    <w:p w:rsidR="00800ED2" w:rsidRDefault="00800ED2" w:rsidP="00800ED2">
      <w:pPr>
        <w:numPr>
          <w:ilvl w:val="0"/>
          <w:numId w:val="12"/>
        </w:numPr>
        <w:spacing w:before="100" w:beforeAutospacing="1" w:after="100" w:afterAutospacing="1" w:line="240" w:lineRule="auto"/>
      </w:pPr>
      <w:r>
        <w:t xml:space="preserve">Principles Implementation Action Plan.xlsx </w:t>
      </w:r>
    </w:p>
    <w:p w:rsidR="00800ED2" w:rsidRDefault="00800ED2" w:rsidP="00800ED2">
      <w:pPr>
        <w:pStyle w:val="Heading3"/>
      </w:pPr>
      <w:r>
        <w:t>Part 4. Sustainable Procurement Policy, Strategy &amp; Objectives</w:t>
      </w:r>
    </w:p>
    <w:p w:rsidR="00800ED2" w:rsidRDefault="00800ED2" w:rsidP="00800ED2">
      <w:pPr>
        <w:numPr>
          <w:ilvl w:val="0"/>
          <w:numId w:val="13"/>
        </w:numPr>
        <w:spacing w:before="100" w:beforeAutospacing="1" w:after="100" w:afterAutospacing="1" w:line="240" w:lineRule="auto"/>
      </w:pPr>
      <w:r>
        <w:t xml:space="preserve">Sustainable Procurement Policy.docx </w:t>
      </w:r>
    </w:p>
    <w:p w:rsidR="00800ED2" w:rsidRDefault="00800ED2" w:rsidP="00800ED2">
      <w:pPr>
        <w:numPr>
          <w:ilvl w:val="0"/>
          <w:numId w:val="13"/>
        </w:numPr>
        <w:spacing w:before="100" w:beforeAutospacing="1" w:after="100" w:afterAutospacing="1" w:line="240" w:lineRule="auto"/>
      </w:pPr>
      <w:r>
        <w:t xml:space="preserve">Sustainable Procurement Strategy.docx </w:t>
      </w:r>
    </w:p>
    <w:p w:rsidR="00800ED2" w:rsidRDefault="00800ED2" w:rsidP="00800ED2">
      <w:pPr>
        <w:numPr>
          <w:ilvl w:val="0"/>
          <w:numId w:val="13"/>
        </w:numPr>
        <w:spacing w:before="100" w:beforeAutospacing="1" w:after="100" w:afterAutospacing="1" w:line="240" w:lineRule="auto"/>
      </w:pPr>
      <w:r>
        <w:t xml:space="preserve">Sustainable Procurement Objectives &amp; Targets.xlsx </w:t>
      </w:r>
    </w:p>
    <w:p w:rsidR="00800ED2" w:rsidRDefault="00800ED2" w:rsidP="00800ED2">
      <w:pPr>
        <w:numPr>
          <w:ilvl w:val="0"/>
          <w:numId w:val="13"/>
        </w:numPr>
        <w:spacing w:before="100" w:beforeAutospacing="1" w:after="100" w:afterAutospacing="1" w:line="240" w:lineRule="auto"/>
      </w:pPr>
      <w:r>
        <w:t xml:space="preserve">Sustainable Procurement Strategic Priorities.xlsx </w:t>
      </w:r>
    </w:p>
    <w:p w:rsidR="00800ED2" w:rsidRDefault="00800ED2" w:rsidP="00800ED2">
      <w:pPr>
        <w:numPr>
          <w:ilvl w:val="0"/>
          <w:numId w:val="13"/>
        </w:numPr>
        <w:spacing w:before="100" w:beforeAutospacing="1" w:after="100" w:afterAutospacing="1" w:line="240" w:lineRule="auto"/>
      </w:pPr>
      <w:r>
        <w:t xml:space="preserve">Sustainable Procurement KPI Framework.xlsx </w:t>
      </w:r>
    </w:p>
    <w:p w:rsidR="00800ED2" w:rsidRDefault="00800ED2" w:rsidP="00800ED2">
      <w:pPr>
        <w:numPr>
          <w:ilvl w:val="0"/>
          <w:numId w:val="13"/>
        </w:numPr>
        <w:spacing w:before="100" w:beforeAutospacing="1" w:after="100" w:afterAutospacing="1" w:line="240" w:lineRule="auto"/>
      </w:pPr>
      <w:r>
        <w:t xml:space="preserve">Sustainable Procurement Roadmap.xlsx </w:t>
      </w:r>
    </w:p>
    <w:p w:rsidR="00800ED2" w:rsidRDefault="00800ED2" w:rsidP="00800ED2">
      <w:pPr>
        <w:numPr>
          <w:ilvl w:val="0"/>
          <w:numId w:val="13"/>
        </w:numPr>
        <w:spacing w:before="100" w:beforeAutospacing="1" w:after="100" w:afterAutospacing="1" w:line="240" w:lineRule="auto"/>
      </w:pPr>
      <w:r>
        <w:t xml:space="preserve">Annual Sustainable Procurement Plan.xlsx </w:t>
      </w:r>
    </w:p>
    <w:p w:rsidR="00800ED2" w:rsidRDefault="00800ED2" w:rsidP="00800ED2">
      <w:pPr>
        <w:numPr>
          <w:ilvl w:val="0"/>
          <w:numId w:val="13"/>
        </w:numPr>
        <w:spacing w:before="100" w:beforeAutospacing="1" w:after="100" w:afterAutospacing="1" w:line="240" w:lineRule="auto"/>
      </w:pPr>
      <w:r>
        <w:t xml:space="preserve">Sustainable Procurement Strategy Executive .pptx </w:t>
      </w:r>
    </w:p>
    <w:p w:rsidR="00800ED2" w:rsidRDefault="00800ED2" w:rsidP="00800ED2">
      <w:pPr>
        <w:pStyle w:val="Heading3"/>
      </w:pPr>
      <w:r>
        <w:t>Part 5. Governance, Roles, Competence &amp; Integration</w:t>
      </w:r>
    </w:p>
    <w:p w:rsidR="00800ED2" w:rsidRDefault="00800ED2" w:rsidP="00800ED2">
      <w:pPr>
        <w:numPr>
          <w:ilvl w:val="0"/>
          <w:numId w:val="14"/>
        </w:numPr>
        <w:spacing w:before="100" w:beforeAutospacing="1" w:after="100" w:afterAutospacing="1" w:line="240" w:lineRule="auto"/>
      </w:pPr>
      <w:r>
        <w:t xml:space="preserve">Sustainable Procurement Governance Framework.docx </w:t>
      </w:r>
    </w:p>
    <w:p w:rsidR="00800ED2" w:rsidRDefault="00800ED2" w:rsidP="00800ED2">
      <w:pPr>
        <w:numPr>
          <w:ilvl w:val="0"/>
          <w:numId w:val="14"/>
        </w:numPr>
        <w:spacing w:before="100" w:beforeAutospacing="1" w:after="100" w:afterAutospacing="1" w:line="240" w:lineRule="auto"/>
      </w:pPr>
      <w:r>
        <w:t xml:space="preserve">Roles &amp; Responsibilities Matrix.xlsx </w:t>
      </w:r>
    </w:p>
    <w:p w:rsidR="00800ED2" w:rsidRDefault="00800ED2" w:rsidP="00800ED2">
      <w:pPr>
        <w:numPr>
          <w:ilvl w:val="0"/>
          <w:numId w:val="14"/>
        </w:numPr>
        <w:spacing w:before="100" w:beforeAutospacing="1" w:after="100" w:afterAutospacing="1" w:line="240" w:lineRule="auto"/>
      </w:pPr>
      <w:r>
        <w:t xml:space="preserve">Sustainable Procurement RACI Matrix.xlsx </w:t>
      </w:r>
    </w:p>
    <w:p w:rsidR="00800ED2" w:rsidRDefault="00800ED2" w:rsidP="00800ED2">
      <w:pPr>
        <w:numPr>
          <w:ilvl w:val="0"/>
          <w:numId w:val="14"/>
        </w:numPr>
        <w:spacing w:before="100" w:beforeAutospacing="1" w:after="100" w:afterAutospacing="1" w:line="240" w:lineRule="auto"/>
      </w:pPr>
      <w:r>
        <w:t xml:space="preserve">Procurement Decision &amp; Approval Matrix.xlsx </w:t>
      </w:r>
    </w:p>
    <w:p w:rsidR="00800ED2" w:rsidRDefault="00800ED2" w:rsidP="00800ED2">
      <w:pPr>
        <w:numPr>
          <w:ilvl w:val="0"/>
          <w:numId w:val="14"/>
        </w:numPr>
        <w:spacing w:before="100" w:beforeAutospacing="1" w:after="100" w:afterAutospacing="1" w:line="240" w:lineRule="auto"/>
      </w:pPr>
      <w:r>
        <w:t xml:space="preserve">Sustainable Procurement Competence Matrix.xlsx </w:t>
      </w:r>
    </w:p>
    <w:p w:rsidR="00800ED2" w:rsidRDefault="00800ED2" w:rsidP="00800ED2">
      <w:pPr>
        <w:numPr>
          <w:ilvl w:val="0"/>
          <w:numId w:val="14"/>
        </w:numPr>
        <w:spacing w:before="100" w:beforeAutospacing="1" w:after="100" w:afterAutospacing="1" w:line="240" w:lineRule="auto"/>
      </w:pPr>
      <w:r>
        <w:t xml:space="preserve">Training Needs &amp; Training Plan.xlsx </w:t>
      </w:r>
    </w:p>
    <w:p w:rsidR="00800ED2" w:rsidRDefault="00800ED2" w:rsidP="00800ED2">
      <w:pPr>
        <w:numPr>
          <w:ilvl w:val="0"/>
          <w:numId w:val="14"/>
        </w:numPr>
        <w:spacing w:before="100" w:beforeAutospacing="1" w:after="100" w:afterAutospacing="1" w:line="240" w:lineRule="auto"/>
      </w:pPr>
      <w:r>
        <w:t xml:space="preserve">Sustainable Procurement Awareness .pptx </w:t>
      </w:r>
    </w:p>
    <w:p w:rsidR="00800ED2" w:rsidRDefault="00800ED2" w:rsidP="00800ED2">
      <w:pPr>
        <w:numPr>
          <w:ilvl w:val="0"/>
          <w:numId w:val="14"/>
        </w:numPr>
        <w:spacing w:before="100" w:beforeAutospacing="1" w:after="100" w:afterAutospacing="1" w:line="240" w:lineRule="auto"/>
      </w:pPr>
      <w:r>
        <w:lastRenderedPageBreak/>
        <w:t xml:space="preserve">Procurement Team ISO 20400 Training .pptx </w:t>
      </w:r>
    </w:p>
    <w:p w:rsidR="00800ED2" w:rsidRDefault="00800ED2" w:rsidP="00800ED2">
      <w:pPr>
        <w:pStyle w:val="Heading3"/>
      </w:pPr>
      <w:r>
        <w:t>Part 6. Spend Analysis &amp; Supply Chain Mapping</w:t>
      </w:r>
    </w:p>
    <w:p w:rsidR="00800ED2" w:rsidRDefault="00800ED2" w:rsidP="00800ED2">
      <w:pPr>
        <w:numPr>
          <w:ilvl w:val="0"/>
          <w:numId w:val="15"/>
        </w:numPr>
        <w:spacing w:before="100" w:beforeAutospacing="1" w:after="100" w:afterAutospacing="1" w:line="240" w:lineRule="auto"/>
      </w:pPr>
      <w:r>
        <w:t xml:space="preserve">Procurement Spend Analysis Workbook.xlsx </w:t>
      </w:r>
    </w:p>
    <w:p w:rsidR="00800ED2" w:rsidRDefault="00800ED2" w:rsidP="00800ED2">
      <w:pPr>
        <w:numPr>
          <w:ilvl w:val="0"/>
          <w:numId w:val="15"/>
        </w:numPr>
        <w:spacing w:before="100" w:beforeAutospacing="1" w:after="100" w:afterAutospacing="1" w:line="240" w:lineRule="auto"/>
      </w:pPr>
      <w:r>
        <w:t xml:space="preserve">Category Spend Register.xlsx </w:t>
      </w:r>
    </w:p>
    <w:p w:rsidR="00800ED2" w:rsidRDefault="00800ED2" w:rsidP="00800ED2">
      <w:pPr>
        <w:numPr>
          <w:ilvl w:val="0"/>
          <w:numId w:val="15"/>
        </w:numPr>
        <w:spacing w:before="100" w:beforeAutospacing="1" w:after="100" w:afterAutospacing="1" w:line="240" w:lineRule="auto"/>
      </w:pPr>
      <w:r>
        <w:t xml:space="preserve">Supplier Spend Analysis.xlsx </w:t>
      </w:r>
    </w:p>
    <w:p w:rsidR="00800ED2" w:rsidRDefault="00800ED2" w:rsidP="00800ED2">
      <w:pPr>
        <w:numPr>
          <w:ilvl w:val="0"/>
          <w:numId w:val="15"/>
        </w:numPr>
        <w:spacing w:before="100" w:beforeAutospacing="1" w:after="100" w:afterAutospacing="1" w:line="240" w:lineRule="auto"/>
      </w:pPr>
      <w:r>
        <w:t xml:space="preserve">Supply Chain Mapping Workbook.xlsx </w:t>
      </w:r>
    </w:p>
    <w:p w:rsidR="00800ED2" w:rsidRDefault="00800ED2" w:rsidP="00800ED2">
      <w:pPr>
        <w:numPr>
          <w:ilvl w:val="0"/>
          <w:numId w:val="15"/>
        </w:numPr>
        <w:spacing w:before="100" w:beforeAutospacing="1" w:after="100" w:afterAutospacing="1" w:line="240" w:lineRule="auto"/>
      </w:pPr>
      <w:r>
        <w:t xml:space="preserve">Supplier &amp; Country Risk Mapping.xlsx </w:t>
      </w:r>
    </w:p>
    <w:p w:rsidR="00800ED2" w:rsidRDefault="00800ED2" w:rsidP="00800ED2">
      <w:pPr>
        <w:numPr>
          <w:ilvl w:val="0"/>
          <w:numId w:val="15"/>
        </w:numPr>
        <w:spacing w:before="100" w:beforeAutospacing="1" w:after="100" w:afterAutospacing="1" w:line="240" w:lineRule="auto"/>
      </w:pPr>
      <w:r>
        <w:t xml:space="preserve">Critical Supplier Register.xlsx </w:t>
      </w:r>
    </w:p>
    <w:p w:rsidR="00800ED2" w:rsidRDefault="00800ED2" w:rsidP="00800ED2">
      <w:pPr>
        <w:numPr>
          <w:ilvl w:val="0"/>
          <w:numId w:val="15"/>
        </w:numPr>
        <w:spacing w:before="100" w:beforeAutospacing="1" w:after="100" w:afterAutospacing="1" w:line="240" w:lineRule="auto"/>
      </w:pPr>
      <w:r>
        <w:t xml:space="preserve">High-Risk Spend Register.xlsx </w:t>
      </w:r>
    </w:p>
    <w:p w:rsidR="00800ED2" w:rsidRDefault="00800ED2" w:rsidP="00800ED2">
      <w:pPr>
        <w:numPr>
          <w:ilvl w:val="0"/>
          <w:numId w:val="15"/>
        </w:numPr>
        <w:spacing w:before="100" w:beforeAutospacing="1" w:after="100" w:afterAutospacing="1" w:line="240" w:lineRule="auto"/>
      </w:pPr>
      <w:r>
        <w:t xml:space="preserve">Sustainable Procurement Spend Heat Map.xlsx </w:t>
      </w:r>
    </w:p>
    <w:p w:rsidR="00800ED2" w:rsidRDefault="00800ED2" w:rsidP="00800ED2">
      <w:pPr>
        <w:pStyle w:val="Heading3"/>
      </w:pPr>
      <w:r>
        <w:t>Part 7. Sustainability Issues, Risks &amp; Opportunities</w:t>
      </w:r>
    </w:p>
    <w:p w:rsidR="00800ED2" w:rsidRDefault="00800ED2" w:rsidP="00800ED2">
      <w:pPr>
        <w:numPr>
          <w:ilvl w:val="0"/>
          <w:numId w:val="16"/>
        </w:numPr>
        <w:spacing w:before="100" w:beforeAutospacing="1" w:after="100" w:afterAutospacing="1" w:line="240" w:lineRule="auto"/>
      </w:pPr>
      <w:r>
        <w:t xml:space="preserve">Sustainable Procurement Risk Assessment Methodology.docx </w:t>
      </w:r>
    </w:p>
    <w:p w:rsidR="00800ED2" w:rsidRDefault="00800ED2" w:rsidP="00800ED2">
      <w:pPr>
        <w:numPr>
          <w:ilvl w:val="0"/>
          <w:numId w:val="16"/>
        </w:numPr>
        <w:spacing w:before="100" w:beforeAutospacing="1" w:after="100" w:afterAutospacing="1" w:line="240" w:lineRule="auto"/>
      </w:pPr>
      <w:r>
        <w:t xml:space="preserve">Sustainable Procurement Risk &amp; Opportunity Register.xlsx </w:t>
      </w:r>
    </w:p>
    <w:p w:rsidR="00800ED2" w:rsidRDefault="00800ED2" w:rsidP="00800ED2">
      <w:pPr>
        <w:numPr>
          <w:ilvl w:val="0"/>
          <w:numId w:val="16"/>
        </w:numPr>
        <w:spacing w:before="100" w:beforeAutospacing="1" w:after="100" w:afterAutospacing="1" w:line="240" w:lineRule="auto"/>
      </w:pPr>
      <w:r>
        <w:t xml:space="preserve">Supplier Sustainability Risk Assessment.xlsx </w:t>
      </w:r>
    </w:p>
    <w:p w:rsidR="00800ED2" w:rsidRDefault="00800ED2" w:rsidP="00800ED2">
      <w:pPr>
        <w:numPr>
          <w:ilvl w:val="0"/>
          <w:numId w:val="16"/>
        </w:numPr>
        <w:spacing w:before="100" w:beforeAutospacing="1" w:after="100" w:afterAutospacing="1" w:line="240" w:lineRule="auto"/>
      </w:pPr>
      <w:r>
        <w:t xml:space="preserve">Category Sustainability Risk Assessment.xlsx </w:t>
      </w:r>
    </w:p>
    <w:p w:rsidR="00800ED2" w:rsidRDefault="00800ED2" w:rsidP="00800ED2">
      <w:pPr>
        <w:numPr>
          <w:ilvl w:val="0"/>
          <w:numId w:val="16"/>
        </w:numPr>
        <w:spacing w:before="100" w:beforeAutospacing="1" w:after="100" w:afterAutospacing="1" w:line="240" w:lineRule="auto"/>
      </w:pPr>
      <w:r>
        <w:t xml:space="preserve">Country &amp; Commodity Sustainability Risk Assessment.xlsx </w:t>
      </w:r>
    </w:p>
    <w:p w:rsidR="00800ED2" w:rsidRDefault="00800ED2" w:rsidP="00800ED2">
      <w:pPr>
        <w:numPr>
          <w:ilvl w:val="0"/>
          <w:numId w:val="16"/>
        </w:numPr>
        <w:spacing w:before="100" w:beforeAutospacing="1" w:after="100" w:afterAutospacing="1" w:line="240" w:lineRule="auto"/>
      </w:pPr>
      <w:r>
        <w:t xml:space="preserve">Sustainability Issue Prioritization Matrix.xlsx </w:t>
      </w:r>
    </w:p>
    <w:p w:rsidR="00800ED2" w:rsidRDefault="00800ED2" w:rsidP="00800ED2">
      <w:pPr>
        <w:numPr>
          <w:ilvl w:val="0"/>
          <w:numId w:val="16"/>
        </w:numPr>
        <w:spacing w:before="100" w:beforeAutospacing="1" w:after="100" w:afterAutospacing="1" w:line="240" w:lineRule="auto"/>
      </w:pPr>
      <w:r>
        <w:t xml:space="preserve">Risk Treatment &amp; Opportunity Action Plan.xlsx </w:t>
      </w:r>
    </w:p>
    <w:p w:rsidR="00800ED2" w:rsidRDefault="00800ED2" w:rsidP="00800ED2">
      <w:pPr>
        <w:numPr>
          <w:ilvl w:val="0"/>
          <w:numId w:val="16"/>
        </w:numPr>
        <w:spacing w:before="100" w:beforeAutospacing="1" w:after="100" w:afterAutospacing="1" w:line="240" w:lineRule="auto"/>
      </w:pPr>
      <w:r>
        <w:t xml:space="preserve">Sustainable Procurement Risk Heat Map.xlsx </w:t>
      </w:r>
    </w:p>
    <w:p w:rsidR="00800ED2" w:rsidRDefault="00800ED2" w:rsidP="00800ED2">
      <w:pPr>
        <w:pStyle w:val="Heading3"/>
      </w:pPr>
      <w:r>
        <w:t>Part 8. Category Prioritization &amp; Sustainable Procurement Planning</w:t>
      </w:r>
    </w:p>
    <w:p w:rsidR="00800ED2" w:rsidRDefault="00800ED2" w:rsidP="00800ED2">
      <w:pPr>
        <w:numPr>
          <w:ilvl w:val="0"/>
          <w:numId w:val="17"/>
        </w:numPr>
        <w:spacing w:before="100" w:beforeAutospacing="1" w:after="100" w:afterAutospacing="1" w:line="240" w:lineRule="auto"/>
      </w:pPr>
      <w:r>
        <w:t xml:space="preserve">Sustainable Category Prioritization Matrix.xlsx </w:t>
      </w:r>
    </w:p>
    <w:p w:rsidR="00800ED2" w:rsidRDefault="00800ED2" w:rsidP="00800ED2">
      <w:pPr>
        <w:numPr>
          <w:ilvl w:val="0"/>
          <w:numId w:val="17"/>
        </w:numPr>
        <w:spacing w:before="100" w:beforeAutospacing="1" w:after="100" w:afterAutospacing="1" w:line="240" w:lineRule="auto"/>
      </w:pPr>
      <w:r>
        <w:t xml:space="preserve">Category Sustainability Profile.xlsx </w:t>
      </w:r>
    </w:p>
    <w:p w:rsidR="00800ED2" w:rsidRDefault="00800ED2" w:rsidP="00800ED2">
      <w:pPr>
        <w:numPr>
          <w:ilvl w:val="0"/>
          <w:numId w:val="17"/>
        </w:numPr>
        <w:spacing w:before="100" w:beforeAutospacing="1" w:after="100" w:afterAutospacing="1" w:line="240" w:lineRule="auto"/>
      </w:pPr>
      <w:r>
        <w:t xml:space="preserve">Sustainable Category Strategy Template.docx </w:t>
      </w:r>
    </w:p>
    <w:p w:rsidR="00800ED2" w:rsidRDefault="00800ED2" w:rsidP="00800ED2">
      <w:pPr>
        <w:numPr>
          <w:ilvl w:val="0"/>
          <w:numId w:val="17"/>
        </w:numPr>
        <w:spacing w:before="100" w:beforeAutospacing="1" w:after="100" w:afterAutospacing="1" w:line="240" w:lineRule="auto"/>
      </w:pPr>
      <w:r>
        <w:t xml:space="preserve">Procurement Needs Assessment.docx </w:t>
      </w:r>
    </w:p>
    <w:p w:rsidR="00800ED2" w:rsidRDefault="00800ED2" w:rsidP="00800ED2">
      <w:pPr>
        <w:numPr>
          <w:ilvl w:val="0"/>
          <w:numId w:val="17"/>
        </w:numPr>
        <w:spacing w:before="100" w:beforeAutospacing="1" w:after="100" w:afterAutospacing="1" w:line="240" w:lineRule="auto"/>
      </w:pPr>
      <w:r>
        <w:t xml:space="preserve">Demand Challenge &amp; Reduction Worksheet.xlsx </w:t>
      </w:r>
    </w:p>
    <w:p w:rsidR="00800ED2" w:rsidRDefault="00800ED2" w:rsidP="00800ED2">
      <w:pPr>
        <w:numPr>
          <w:ilvl w:val="0"/>
          <w:numId w:val="17"/>
        </w:numPr>
        <w:spacing w:before="100" w:beforeAutospacing="1" w:after="100" w:afterAutospacing="1" w:line="240" w:lineRule="auto"/>
      </w:pPr>
      <w:r>
        <w:t xml:space="preserve">Sustainable Procurement Options Assessment.xlsx </w:t>
      </w:r>
    </w:p>
    <w:p w:rsidR="00800ED2" w:rsidRDefault="00800ED2" w:rsidP="00800ED2">
      <w:pPr>
        <w:numPr>
          <w:ilvl w:val="0"/>
          <w:numId w:val="17"/>
        </w:numPr>
        <w:spacing w:before="100" w:beforeAutospacing="1" w:after="100" w:afterAutospacing="1" w:line="240" w:lineRule="auto"/>
      </w:pPr>
      <w:r>
        <w:t xml:space="preserve">Procurement Sustainability Planning Checklist.xlsx </w:t>
      </w:r>
    </w:p>
    <w:p w:rsidR="00800ED2" w:rsidRDefault="00800ED2" w:rsidP="00800ED2">
      <w:pPr>
        <w:numPr>
          <w:ilvl w:val="0"/>
          <w:numId w:val="17"/>
        </w:numPr>
        <w:spacing w:before="100" w:beforeAutospacing="1" w:after="100" w:afterAutospacing="1" w:line="240" w:lineRule="auto"/>
      </w:pPr>
      <w:r>
        <w:t xml:space="preserve">Sustainable Procurement Plan.docx </w:t>
      </w:r>
    </w:p>
    <w:p w:rsidR="00800ED2" w:rsidRDefault="00800ED2" w:rsidP="00800ED2">
      <w:pPr>
        <w:pStyle w:val="Heading3"/>
      </w:pPr>
      <w:r>
        <w:t>Part 9. Supplier Market Engagement &amp; Due Diligence</w:t>
      </w:r>
    </w:p>
    <w:p w:rsidR="00800ED2" w:rsidRDefault="00800ED2" w:rsidP="00800ED2">
      <w:pPr>
        <w:numPr>
          <w:ilvl w:val="0"/>
          <w:numId w:val="18"/>
        </w:numPr>
        <w:spacing w:before="100" w:beforeAutospacing="1" w:after="100" w:afterAutospacing="1" w:line="240" w:lineRule="auto"/>
      </w:pPr>
      <w:r>
        <w:t xml:space="preserve">Sustainable Supply Market Analysis.xlsx </w:t>
      </w:r>
    </w:p>
    <w:p w:rsidR="00800ED2" w:rsidRDefault="00800ED2" w:rsidP="00800ED2">
      <w:pPr>
        <w:numPr>
          <w:ilvl w:val="0"/>
          <w:numId w:val="18"/>
        </w:numPr>
        <w:spacing w:before="100" w:beforeAutospacing="1" w:after="100" w:afterAutospacing="1" w:line="240" w:lineRule="auto"/>
      </w:pPr>
      <w:r>
        <w:t xml:space="preserve">Sustainable Supplier Market Mapping.xlsx </w:t>
      </w:r>
    </w:p>
    <w:p w:rsidR="00800ED2" w:rsidRDefault="00800ED2" w:rsidP="00800ED2">
      <w:pPr>
        <w:numPr>
          <w:ilvl w:val="0"/>
          <w:numId w:val="18"/>
        </w:numPr>
        <w:spacing w:before="100" w:beforeAutospacing="1" w:after="100" w:afterAutospacing="1" w:line="240" w:lineRule="auto"/>
      </w:pPr>
      <w:r>
        <w:t xml:space="preserve">Supplier Sustainability Due Diligence Questionnaire.docx </w:t>
      </w:r>
    </w:p>
    <w:p w:rsidR="00800ED2" w:rsidRDefault="00800ED2" w:rsidP="00800ED2">
      <w:pPr>
        <w:numPr>
          <w:ilvl w:val="0"/>
          <w:numId w:val="18"/>
        </w:numPr>
        <w:spacing w:before="100" w:beforeAutospacing="1" w:after="100" w:afterAutospacing="1" w:line="240" w:lineRule="auto"/>
      </w:pPr>
      <w:r>
        <w:t xml:space="preserve">Supplier Sustainability Self-Assessment.xlsx </w:t>
      </w:r>
    </w:p>
    <w:p w:rsidR="00800ED2" w:rsidRDefault="00800ED2" w:rsidP="00800ED2">
      <w:pPr>
        <w:numPr>
          <w:ilvl w:val="0"/>
          <w:numId w:val="18"/>
        </w:numPr>
        <w:spacing w:before="100" w:beforeAutospacing="1" w:after="100" w:afterAutospacing="1" w:line="240" w:lineRule="auto"/>
      </w:pPr>
      <w:r>
        <w:t xml:space="preserve">Supplier Sustainability Risk Screening.xlsx </w:t>
      </w:r>
    </w:p>
    <w:p w:rsidR="00800ED2" w:rsidRDefault="00800ED2" w:rsidP="00800ED2">
      <w:pPr>
        <w:numPr>
          <w:ilvl w:val="0"/>
          <w:numId w:val="18"/>
        </w:numPr>
        <w:spacing w:before="100" w:beforeAutospacing="1" w:after="100" w:afterAutospacing="1" w:line="240" w:lineRule="auto"/>
      </w:pPr>
      <w:r>
        <w:t xml:space="preserve">Supplier Sustainability Evidence Checklist.xlsx </w:t>
      </w:r>
    </w:p>
    <w:p w:rsidR="00800ED2" w:rsidRDefault="00800ED2" w:rsidP="00800ED2">
      <w:pPr>
        <w:numPr>
          <w:ilvl w:val="0"/>
          <w:numId w:val="18"/>
        </w:numPr>
        <w:spacing w:before="100" w:beforeAutospacing="1" w:after="100" w:afterAutospacing="1" w:line="240" w:lineRule="auto"/>
      </w:pPr>
      <w:r>
        <w:t xml:space="preserve">Supplier Sustainability Scorecard.xlsx </w:t>
      </w:r>
    </w:p>
    <w:p w:rsidR="00800ED2" w:rsidRDefault="00800ED2" w:rsidP="00800ED2">
      <w:pPr>
        <w:numPr>
          <w:ilvl w:val="0"/>
          <w:numId w:val="18"/>
        </w:numPr>
        <w:spacing w:before="100" w:beforeAutospacing="1" w:after="100" w:afterAutospacing="1" w:line="240" w:lineRule="auto"/>
      </w:pPr>
      <w:r>
        <w:t xml:space="preserve">Supplier Qualification Decision Matrix.xlsx </w:t>
      </w:r>
    </w:p>
    <w:p w:rsidR="00800ED2" w:rsidRDefault="00800ED2" w:rsidP="00800ED2">
      <w:pPr>
        <w:numPr>
          <w:ilvl w:val="0"/>
          <w:numId w:val="18"/>
        </w:numPr>
        <w:spacing w:before="100" w:beforeAutospacing="1" w:after="100" w:afterAutospacing="1" w:line="240" w:lineRule="auto"/>
      </w:pPr>
      <w:r>
        <w:t xml:space="preserve">Approved Supplier Sustainability Register.xlsx </w:t>
      </w:r>
    </w:p>
    <w:p w:rsidR="00800ED2" w:rsidRDefault="00800ED2" w:rsidP="00800ED2">
      <w:pPr>
        <w:numPr>
          <w:ilvl w:val="0"/>
          <w:numId w:val="18"/>
        </w:numPr>
        <w:spacing w:before="100" w:beforeAutospacing="1" w:after="100" w:afterAutospacing="1" w:line="240" w:lineRule="auto"/>
      </w:pPr>
      <w:r>
        <w:t xml:space="preserve">Supplier Code of Conduct.docx </w:t>
      </w:r>
    </w:p>
    <w:p w:rsidR="00800ED2" w:rsidRDefault="00800ED2" w:rsidP="00800ED2">
      <w:pPr>
        <w:pStyle w:val="Heading3"/>
      </w:pPr>
      <w:r>
        <w:t>Part 10. Sustainability Requirements &amp; Sourcing Documentation</w:t>
      </w:r>
    </w:p>
    <w:p w:rsidR="00800ED2" w:rsidRDefault="00800ED2" w:rsidP="00800ED2">
      <w:pPr>
        <w:numPr>
          <w:ilvl w:val="0"/>
          <w:numId w:val="19"/>
        </w:numPr>
        <w:spacing w:before="100" w:beforeAutospacing="1" w:after="100" w:afterAutospacing="1" w:line="240" w:lineRule="auto"/>
      </w:pPr>
      <w:r>
        <w:t xml:space="preserve">Sustainability Requirements Library.xlsx </w:t>
      </w:r>
    </w:p>
    <w:p w:rsidR="00800ED2" w:rsidRDefault="00800ED2" w:rsidP="00800ED2">
      <w:pPr>
        <w:numPr>
          <w:ilvl w:val="0"/>
          <w:numId w:val="19"/>
        </w:numPr>
        <w:spacing w:before="100" w:beforeAutospacing="1" w:after="100" w:afterAutospacing="1" w:line="240" w:lineRule="auto"/>
      </w:pPr>
      <w:r>
        <w:t xml:space="preserve">Sustainable Specification Template.docx </w:t>
      </w:r>
    </w:p>
    <w:p w:rsidR="00800ED2" w:rsidRDefault="00800ED2" w:rsidP="00800ED2">
      <w:pPr>
        <w:numPr>
          <w:ilvl w:val="0"/>
          <w:numId w:val="19"/>
        </w:numPr>
        <w:spacing w:before="100" w:beforeAutospacing="1" w:after="100" w:afterAutospacing="1" w:line="240" w:lineRule="auto"/>
      </w:pPr>
      <w:r>
        <w:t xml:space="preserve">Sustainability Requirements Checklist.xlsx </w:t>
      </w:r>
    </w:p>
    <w:p w:rsidR="00800ED2" w:rsidRDefault="00800ED2" w:rsidP="00800ED2">
      <w:pPr>
        <w:numPr>
          <w:ilvl w:val="0"/>
          <w:numId w:val="19"/>
        </w:numPr>
        <w:spacing w:before="100" w:beforeAutospacing="1" w:after="100" w:afterAutospacing="1" w:line="240" w:lineRule="auto"/>
      </w:pPr>
      <w:r>
        <w:t xml:space="preserve">Sustainability Evidence Requirements Matrix.xlsx </w:t>
      </w:r>
    </w:p>
    <w:p w:rsidR="00800ED2" w:rsidRDefault="00800ED2" w:rsidP="00800ED2">
      <w:pPr>
        <w:numPr>
          <w:ilvl w:val="0"/>
          <w:numId w:val="19"/>
        </w:numPr>
        <w:spacing w:before="100" w:beforeAutospacing="1" w:after="100" w:afterAutospacing="1" w:line="240" w:lineRule="auto"/>
      </w:pPr>
      <w:r>
        <w:lastRenderedPageBreak/>
        <w:t xml:space="preserve">Sustainable Sourcing Strategy.docx </w:t>
      </w:r>
    </w:p>
    <w:p w:rsidR="00800ED2" w:rsidRDefault="00800ED2" w:rsidP="00800ED2">
      <w:pPr>
        <w:numPr>
          <w:ilvl w:val="0"/>
          <w:numId w:val="19"/>
        </w:numPr>
        <w:spacing w:before="100" w:beforeAutospacing="1" w:after="100" w:afterAutospacing="1" w:line="240" w:lineRule="auto"/>
      </w:pPr>
      <w:r>
        <w:t xml:space="preserve">Sustainable Procurement RFP/RFQ Template.docx </w:t>
      </w:r>
    </w:p>
    <w:p w:rsidR="00800ED2" w:rsidRDefault="00800ED2" w:rsidP="00800ED2">
      <w:pPr>
        <w:numPr>
          <w:ilvl w:val="0"/>
          <w:numId w:val="19"/>
        </w:numPr>
        <w:spacing w:before="100" w:beforeAutospacing="1" w:after="100" w:afterAutospacing="1" w:line="240" w:lineRule="auto"/>
      </w:pPr>
      <w:r>
        <w:t xml:space="preserve">Supplier Sustainability Response Schedule.docx </w:t>
      </w:r>
    </w:p>
    <w:p w:rsidR="00800ED2" w:rsidRDefault="00800ED2" w:rsidP="00800ED2">
      <w:pPr>
        <w:numPr>
          <w:ilvl w:val="0"/>
          <w:numId w:val="19"/>
        </w:numPr>
        <w:spacing w:before="100" w:beforeAutospacing="1" w:after="100" w:afterAutospacing="1" w:line="240" w:lineRule="auto"/>
      </w:pPr>
      <w:r>
        <w:t xml:space="preserve">Supplier Sustainability Declaration.docx </w:t>
      </w:r>
    </w:p>
    <w:p w:rsidR="00800ED2" w:rsidRDefault="00800ED2" w:rsidP="00800ED2">
      <w:pPr>
        <w:numPr>
          <w:ilvl w:val="0"/>
          <w:numId w:val="19"/>
        </w:numPr>
        <w:spacing w:before="100" w:beforeAutospacing="1" w:after="100" w:afterAutospacing="1" w:line="240" w:lineRule="auto"/>
      </w:pPr>
      <w:r>
        <w:t xml:space="preserve">Tender Sustainability Compliance Matrix.xlsx </w:t>
      </w:r>
    </w:p>
    <w:p w:rsidR="00800ED2" w:rsidRDefault="00800ED2" w:rsidP="00800ED2">
      <w:pPr>
        <w:pStyle w:val="Heading3"/>
      </w:pPr>
      <w:r>
        <w:t>Part 11. Bid Evaluation, Lifecycle Costing &amp; Supplier Selection</w:t>
      </w:r>
    </w:p>
    <w:p w:rsidR="00800ED2" w:rsidRDefault="00800ED2" w:rsidP="00800ED2">
      <w:pPr>
        <w:numPr>
          <w:ilvl w:val="0"/>
          <w:numId w:val="20"/>
        </w:numPr>
        <w:spacing w:before="100" w:beforeAutospacing="1" w:after="100" w:afterAutospacing="1" w:line="240" w:lineRule="auto"/>
      </w:pPr>
      <w:r>
        <w:t xml:space="preserve">Sustainability Evaluation Matrix.xlsx </w:t>
      </w:r>
    </w:p>
    <w:p w:rsidR="00800ED2" w:rsidRDefault="00800ED2" w:rsidP="00800ED2">
      <w:pPr>
        <w:numPr>
          <w:ilvl w:val="0"/>
          <w:numId w:val="20"/>
        </w:numPr>
        <w:spacing w:before="100" w:beforeAutospacing="1" w:after="100" w:afterAutospacing="1" w:line="240" w:lineRule="auto"/>
      </w:pPr>
      <w:r>
        <w:t xml:space="preserve">Sustainability Weighted Scoring Model.xlsx </w:t>
      </w:r>
    </w:p>
    <w:p w:rsidR="00800ED2" w:rsidRDefault="00800ED2" w:rsidP="00800ED2">
      <w:pPr>
        <w:numPr>
          <w:ilvl w:val="0"/>
          <w:numId w:val="20"/>
        </w:numPr>
        <w:spacing w:before="100" w:beforeAutospacing="1" w:after="100" w:afterAutospacing="1" w:line="240" w:lineRule="auto"/>
      </w:pPr>
      <w:r>
        <w:t xml:space="preserve">Supplier Sustainability Evaluation Scorecard.xlsx </w:t>
      </w:r>
    </w:p>
    <w:p w:rsidR="00800ED2" w:rsidRDefault="00800ED2" w:rsidP="00800ED2">
      <w:pPr>
        <w:numPr>
          <w:ilvl w:val="0"/>
          <w:numId w:val="20"/>
        </w:numPr>
        <w:spacing w:before="100" w:beforeAutospacing="1" w:after="100" w:afterAutospacing="1" w:line="240" w:lineRule="auto"/>
      </w:pPr>
      <w:r>
        <w:t xml:space="preserve">Sustainability Evidence Verification Checklist.xlsx </w:t>
      </w:r>
    </w:p>
    <w:p w:rsidR="00800ED2" w:rsidRDefault="00800ED2" w:rsidP="00800ED2">
      <w:pPr>
        <w:numPr>
          <w:ilvl w:val="0"/>
          <w:numId w:val="20"/>
        </w:numPr>
        <w:spacing w:before="100" w:beforeAutospacing="1" w:after="100" w:afterAutospacing="1" w:line="240" w:lineRule="auto"/>
      </w:pPr>
      <w:r>
        <w:t xml:space="preserve">Lifecycle Costing Model.xlsx </w:t>
      </w:r>
    </w:p>
    <w:p w:rsidR="00800ED2" w:rsidRDefault="00800ED2" w:rsidP="00800ED2">
      <w:pPr>
        <w:numPr>
          <w:ilvl w:val="0"/>
          <w:numId w:val="20"/>
        </w:numPr>
        <w:spacing w:before="100" w:beforeAutospacing="1" w:after="100" w:afterAutospacing="1" w:line="240" w:lineRule="auto"/>
      </w:pPr>
      <w:r>
        <w:t xml:space="preserve">Total Cost of Ownership Model.xlsx </w:t>
      </w:r>
    </w:p>
    <w:p w:rsidR="00800ED2" w:rsidRDefault="00800ED2" w:rsidP="00800ED2">
      <w:pPr>
        <w:numPr>
          <w:ilvl w:val="0"/>
          <w:numId w:val="20"/>
        </w:numPr>
        <w:spacing w:before="100" w:beforeAutospacing="1" w:after="100" w:afterAutospacing="1" w:line="240" w:lineRule="auto"/>
      </w:pPr>
      <w:r>
        <w:t xml:space="preserve">Sustainable Value-for-Money Assessment.xlsx </w:t>
      </w:r>
    </w:p>
    <w:p w:rsidR="00800ED2" w:rsidRDefault="00800ED2" w:rsidP="00800ED2">
      <w:pPr>
        <w:numPr>
          <w:ilvl w:val="0"/>
          <w:numId w:val="20"/>
        </w:numPr>
        <w:spacing w:before="100" w:beforeAutospacing="1" w:after="100" w:afterAutospacing="1" w:line="240" w:lineRule="auto"/>
      </w:pPr>
      <w:r>
        <w:t xml:space="preserve">Bid Evaluation Consensus Worksheet.xlsx </w:t>
      </w:r>
    </w:p>
    <w:p w:rsidR="00800ED2" w:rsidRDefault="00800ED2" w:rsidP="00800ED2">
      <w:pPr>
        <w:numPr>
          <w:ilvl w:val="0"/>
          <w:numId w:val="20"/>
        </w:numPr>
        <w:spacing w:before="100" w:beforeAutospacing="1" w:after="100" w:afterAutospacing="1" w:line="240" w:lineRule="auto"/>
      </w:pPr>
      <w:r>
        <w:t xml:space="preserve">Supplier Selection Recommendation.docx </w:t>
      </w:r>
    </w:p>
    <w:p w:rsidR="00800ED2" w:rsidRDefault="00800ED2" w:rsidP="00800ED2">
      <w:pPr>
        <w:numPr>
          <w:ilvl w:val="0"/>
          <w:numId w:val="20"/>
        </w:numPr>
        <w:spacing w:before="100" w:beforeAutospacing="1" w:after="100" w:afterAutospacing="1" w:line="240" w:lineRule="auto"/>
      </w:pPr>
      <w:r>
        <w:t xml:space="preserve">Award Approval Form.docx </w:t>
      </w:r>
    </w:p>
    <w:p w:rsidR="00800ED2" w:rsidRDefault="00800ED2" w:rsidP="00800ED2">
      <w:pPr>
        <w:pStyle w:val="Heading3"/>
      </w:pPr>
      <w:r>
        <w:t>Part 12. Sustainable Contracting &amp; Supplier Performance</w:t>
      </w:r>
    </w:p>
    <w:p w:rsidR="00800ED2" w:rsidRDefault="00800ED2" w:rsidP="00800ED2">
      <w:pPr>
        <w:numPr>
          <w:ilvl w:val="0"/>
          <w:numId w:val="21"/>
        </w:numPr>
        <w:spacing w:before="100" w:beforeAutospacing="1" w:after="100" w:afterAutospacing="1" w:line="240" w:lineRule="auto"/>
      </w:pPr>
      <w:r>
        <w:t xml:space="preserve">Sustainability Contract Clauses Library.docx </w:t>
      </w:r>
    </w:p>
    <w:p w:rsidR="00800ED2" w:rsidRDefault="00800ED2" w:rsidP="00800ED2">
      <w:pPr>
        <w:numPr>
          <w:ilvl w:val="0"/>
          <w:numId w:val="21"/>
        </w:numPr>
        <w:spacing w:before="100" w:beforeAutospacing="1" w:after="100" w:afterAutospacing="1" w:line="240" w:lineRule="auto"/>
      </w:pPr>
      <w:r>
        <w:t xml:space="preserve">Sustainability Contract Schedule.docx </w:t>
      </w:r>
    </w:p>
    <w:p w:rsidR="00800ED2" w:rsidRDefault="00800ED2" w:rsidP="00800ED2">
      <w:pPr>
        <w:numPr>
          <w:ilvl w:val="0"/>
          <w:numId w:val="21"/>
        </w:numPr>
        <w:spacing w:before="100" w:beforeAutospacing="1" w:after="100" w:afterAutospacing="1" w:line="240" w:lineRule="auto"/>
      </w:pPr>
      <w:r>
        <w:t xml:space="preserve">Supplier Code of Conduct Contract Schedule.docx </w:t>
      </w:r>
    </w:p>
    <w:p w:rsidR="00800ED2" w:rsidRDefault="00800ED2" w:rsidP="00800ED2">
      <w:pPr>
        <w:numPr>
          <w:ilvl w:val="0"/>
          <w:numId w:val="21"/>
        </w:numPr>
        <w:spacing w:before="100" w:beforeAutospacing="1" w:after="100" w:afterAutospacing="1" w:line="240" w:lineRule="auto"/>
      </w:pPr>
      <w:r>
        <w:t xml:space="preserve">Contract Sustainability Obligations Register.xlsx </w:t>
      </w:r>
    </w:p>
    <w:p w:rsidR="00800ED2" w:rsidRDefault="00800ED2" w:rsidP="00800ED2">
      <w:pPr>
        <w:numPr>
          <w:ilvl w:val="0"/>
          <w:numId w:val="21"/>
        </w:numPr>
        <w:spacing w:before="100" w:beforeAutospacing="1" w:after="100" w:afterAutospacing="1" w:line="240" w:lineRule="auto"/>
      </w:pPr>
      <w:r>
        <w:t xml:space="preserve">Sustainability KPI Schedule.xlsx </w:t>
      </w:r>
    </w:p>
    <w:p w:rsidR="00800ED2" w:rsidRDefault="00800ED2" w:rsidP="00800ED2">
      <w:pPr>
        <w:numPr>
          <w:ilvl w:val="0"/>
          <w:numId w:val="21"/>
        </w:numPr>
        <w:spacing w:before="100" w:beforeAutospacing="1" w:after="100" w:afterAutospacing="1" w:line="240" w:lineRule="auto"/>
      </w:pPr>
      <w:r>
        <w:t xml:space="preserve">Supplier Sustainability Performance Scorecard.xlsx </w:t>
      </w:r>
    </w:p>
    <w:p w:rsidR="00800ED2" w:rsidRDefault="00800ED2" w:rsidP="00800ED2">
      <w:pPr>
        <w:numPr>
          <w:ilvl w:val="0"/>
          <w:numId w:val="21"/>
        </w:numPr>
        <w:spacing w:before="100" w:beforeAutospacing="1" w:after="100" w:afterAutospacing="1" w:line="240" w:lineRule="auto"/>
      </w:pPr>
      <w:r>
        <w:t xml:space="preserve">Supplier Sustainability Performance Tracker.xlsx </w:t>
      </w:r>
    </w:p>
    <w:p w:rsidR="00800ED2" w:rsidRDefault="00800ED2" w:rsidP="00800ED2">
      <w:pPr>
        <w:numPr>
          <w:ilvl w:val="0"/>
          <w:numId w:val="21"/>
        </w:numPr>
        <w:spacing w:before="100" w:beforeAutospacing="1" w:after="100" w:afterAutospacing="1" w:line="240" w:lineRule="auto"/>
      </w:pPr>
      <w:r>
        <w:t xml:space="preserve">Supplier Performance Review Template.docx </w:t>
      </w:r>
    </w:p>
    <w:p w:rsidR="00800ED2" w:rsidRDefault="00800ED2" w:rsidP="00800ED2">
      <w:pPr>
        <w:numPr>
          <w:ilvl w:val="0"/>
          <w:numId w:val="21"/>
        </w:numPr>
        <w:spacing w:before="100" w:beforeAutospacing="1" w:after="100" w:afterAutospacing="1" w:line="240" w:lineRule="auto"/>
      </w:pPr>
      <w:r>
        <w:t xml:space="preserve">Supplier Corrective Action Request.docx </w:t>
      </w:r>
    </w:p>
    <w:p w:rsidR="00800ED2" w:rsidRDefault="00800ED2" w:rsidP="00800ED2">
      <w:pPr>
        <w:numPr>
          <w:ilvl w:val="0"/>
          <w:numId w:val="21"/>
        </w:numPr>
        <w:spacing w:before="100" w:beforeAutospacing="1" w:after="100" w:afterAutospacing="1" w:line="240" w:lineRule="auto"/>
      </w:pPr>
      <w:r>
        <w:t xml:space="preserve">Supplier Improvement Action Tracker.xlsx </w:t>
      </w:r>
    </w:p>
    <w:p w:rsidR="00800ED2" w:rsidRDefault="00800ED2" w:rsidP="00800ED2">
      <w:pPr>
        <w:pStyle w:val="Heading3"/>
      </w:pPr>
      <w:r>
        <w:t>Part 13. Supplier Development, Collaboration &amp; Improvement</w:t>
      </w:r>
    </w:p>
    <w:p w:rsidR="00800ED2" w:rsidRDefault="00800ED2" w:rsidP="00800ED2">
      <w:pPr>
        <w:numPr>
          <w:ilvl w:val="0"/>
          <w:numId w:val="22"/>
        </w:numPr>
        <w:spacing w:before="100" w:beforeAutospacing="1" w:after="100" w:afterAutospacing="1" w:line="240" w:lineRule="auto"/>
      </w:pPr>
      <w:r>
        <w:t xml:space="preserve">Supplier Sustainability Improvement Plan.docx </w:t>
      </w:r>
    </w:p>
    <w:p w:rsidR="00800ED2" w:rsidRDefault="00800ED2" w:rsidP="00800ED2">
      <w:pPr>
        <w:numPr>
          <w:ilvl w:val="0"/>
          <w:numId w:val="22"/>
        </w:numPr>
        <w:spacing w:before="100" w:beforeAutospacing="1" w:after="100" w:afterAutospacing="1" w:line="240" w:lineRule="auto"/>
      </w:pPr>
      <w:r>
        <w:t xml:space="preserve">Supplier Capability Gap Assessment.xlsx </w:t>
      </w:r>
    </w:p>
    <w:p w:rsidR="00800ED2" w:rsidRDefault="00800ED2" w:rsidP="00800ED2">
      <w:pPr>
        <w:numPr>
          <w:ilvl w:val="0"/>
          <w:numId w:val="22"/>
        </w:numPr>
        <w:spacing w:before="100" w:beforeAutospacing="1" w:after="100" w:afterAutospacing="1" w:line="240" w:lineRule="auto"/>
      </w:pPr>
      <w:r>
        <w:t xml:space="preserve">Supplier Development Action Tracker.xlsx </w:t>
      </w:r>
    </w:p>
    <w:p w:rsidR="00800ED2" w:rsidRDefault="00800ED2" w:rsidP="00800ED2">
      <w:pPr>
        <w:numPr>
          <w:ilvl w:val="0"/>
          <w:numId w:val="22"/>
        </w:numPr>
        <w:spacing w:before="100" w:beforeAutospacing="1" w:after="100" w:afterAutospacing="1" w:line="240" w:lineRule="auto"/>
      </w:pPr>
      <w:r>
        <w:t xml:space="preserve">Supplier Sustainability Training .pptx </w:t>
      </w:r>
    </w:p>
    <w:p w:rsidR="00800ED2" w:rsidRDefault="00800ED2" w:rsidP="00800ED2">
      <w:pPr>
        <w:numPr>
          <w:ilvl w:val="0"/>
          <w:numId w:val="22"/>
        </w:numPr>
        <w:spacing w:before="100" w:beforeAutospacing="1" w:after="100" w:afterAutospacing="1" w:line="240" w:lineRule="auto"/>
      </w:pPr>
      <w:r>
        <w:t xml:space="preserve">Supplier Collaboration Plan.xlsx </w:t>
      </w:r>
    </w:p>
    <w:p w:rsidR="00800ED2" w:rsidRDefault="00800ED2" w:rsidP="00800ED2">
      <w:pPr>
        <w:numPr>
          <w:ilvl w:val="0"/>
          <w:numId w:val="22"/>
        </w:numPr>
        <w:spacing w:before="100" w:beforeAutospacing="1" w:after="100" w:afterAutospacing="1" w:line="240" w:lineRule="auto"/>
      </w:pPr>
      <w:r>
        <w:t xml:space="preserve">Supplier Sustainability Opportunity Register.xlsx </w:t>
      </w:r>
    </w:p>
    <w:p w:rsidR="00800ED2" w:rsidRDefault="00800ED2" w:rsidP="00800ED2">
      <w:pPr>
        <w:numPr>
          <w:ilvl w:val="0"/>
          <w:numId w:val="22"/>
        </w:numPr>
        <w:spacing w:before="100" w:beforeAutospacing="1" w:after="100" w:afterAutospacing="1" w:line="240" w:lineRule="auto"/>
      </w:pPr>
      <w:r>
        <w:t xml:space="preserve">Joint Supplier Improvement Project Charter.docx </w:t>
      </w:r>
    </w:p>
    <w:p w:rsidR="00800ED2" w:rsidRDefault="00800ED2" w:rsidP="00800ED2">
      <w:pPr>
        <w:numPr>
          <w:ilvl w:val="0"/>
          <w:numId w:val="22"/>
        </w:numPr>
        <w:spacing w:before="100" w:beforeAutospacing="1" w:after="100" w:afterAutospacing="1" w:line="240" w:lineRule="auto"/>
      </w:pPr>
      <w:r>
        <w:t xml:space="preserve">Supplier Innovation Register.xlsx </w:t>
      </w:r>
    </w:p>
    <w:p w:rsidR="00800ED2" w:rsidRDefault="00800ED2" w:rsidP="00800ED2">
      <w:pPr>
        <w:pStyle w:val="Heading3"/>
      </w:pPr>
      <w:r>
        <w:t>Part 14. Performance Measurement, Reporting &amp; Continual Improvement</w:t>
      </w:r>
    </w:p>
    <w:p w:rsidR="00800ED2" w:rsidRDefault="00800ED2" w:rsidP="00800ED2">
      <w:pPr>
        <w:numPr>
          <w:ilvl w:val="0"/>
          <w:numId w:val="23"/>
        </w:numPr>
        <w:spacing w:before="100" w:beforeAutospacing="1" w:after="100" w:afterAutospacing="1" w:line="240" w:lineRule="auto"/>
      </w:pPr>
      <w:r>
        <w:t xml:space="preserve">Sustainable Procurement KPI Register.xlsx </w:t>
      </w:r>
    </w:p>
    <w:p w:rsidR="00800ED2" w:rsidRDefault="00800ED2" w:rsidP="00800ED2">
      <w:pPr>
        <w:numPr>
          <w:ilvl w:val="0"/>
          <w:numId w:val="23"/>
        </w:numPr>
        <w:spacing w:before="100" w:beforeAutospacing="1" w:after="100" w:afterAutospacing="1" w:line="240" w:lineRule="auto"/>
      </w:pPr>
      <w:r>
        <w:t xml:space="preserve">Sustainable Spend Tracker.xlsx </w:t>
      </w:r>
    </w:p>
    <w:p w:rsidR="00800ED2" w:rsidRDefault="00800ED2" w:rsidP="00800ED2">
      <w:pPr>
        <w:numPr>
          <w:ilvl w:val="0"/>
          <w:numId w:val="23"/>
        </w:numPr>
        <w:spacing w:before="100" w:beforeAutospacing="1" w:after="100" w:afterAutospacing="1" w:line="240" w:lineRule="auto"/>
      </w:pPr>
      <w:r>
        <w:t xml:space="preserve">Supplier Sustainability Assessment Coverage Tracker.xlsx </w:t>
      </w:r>
    </w:p>
    <w:p w:rsidR="00800ED2" w:rsidRDefault="00800ED2" w:rsidP="00800ED2">
      <w:pPr>
        <w:numPr>
          <w:ilvl w:val="0"/>
          <w:numId w:val="23"/>
        </w:numPr>
        <w:spacing w:before="100" w:beforeAutospacing="1" w:after="100" w:afterAutospacing="1" w:line="240" w:lineRule="auto"/>
      </w:pPr>
      <w:r>
        <w:t xml:space="preserve">High-Risk Supplier Tracker.xlsx </w:t>
      </w:r>
    </w:p>
    <w:p w:rsidR="00800ED2" w:rsidRDefault="00800ED2" w:rsidP="00800ED2">
      <w:pPr>
        <w:numPr>
          <w:ilvl w:val="0"/>
          <w:numId w:val="23"/>
        </w:numPr>
        <w:spacing w:before="100" w:beforeAutospacing="1" w:after="100" w:afterAutospacing="1" w:line="240" w:lineRule="auto"/>
      </w:pPr>
      <w:r>
        <w:t xml:space="preserve">Supplier Corrective Action Closure Tracker.xlsx </w:t>
      </w:r>
    </w:p>
    <w:p w:rsidR="00800ED2" w:rsidRDefault="00800ED2" w:rsidP="00800ED2">
      <w:pPr>
        <w:numPr>
          <w:ilvl w:val="0"/>
          <w:numId w:val="23"/>
        </w:numPr>
        <w:spacing w:before="100" w:beforeAutospacing="1" w:after="100" w:afterAutospacing="1" w:line="240" w:lineRule="auto"/>
      </w:pPr>
      <w:r>
        <w:t xml:space="preserve">Sustainability Benefits Tracker.xlsx </w:t>
      </w:r>
    </w:p>
    <w:p w:rsidR="00800ED2" w:rsidRDefault="00800ED2" w:rsidP="00800ED2">
      <w:pPr>
        <w:numPr>
          <w:ilvl w:val="0"/>
          <w:numId w:val="23"/>
        </w:numPr>
        <w:spacing w:before="100" w:beforeAutospacing="1" w:after="100" w:afterAutospacing="1" w:line="240" w:lineRule="auto"/>
      </w:pPr>
      <w:r>
        <w:t xml:space="preserve">Sustainable Procurement Performance Dashboard.xlsx </w:t>
      </w:r>
    </w:p>
    <w:p w:rsidR="00800ED2" w:rsidRDefault="00800ED2" w:rsidP="00800ED2">
      <w:pPr>
        <w:numPr>
          <w:ilvl w:val="0"/>
          <w:numId w:val="23"/>
        </w:numPr>
        <w:spacing w:before="100" w:beforeAutospacing="1" w:after="100" w:afterAutospacing="1" w:line="240" w:lineRule="auto"/>
      </w:pPr>
      <w:r>
        <w:t xml:space="preserve">Sustainable Procurement Self-Assessment.xlsx </w:t>
      </w:r>
    </w:p>
    <w:p w:rsidR="00800ED2" w:rsidRDefault="00800ED2" w:rsidP="00800ED2">
      <w:pPr>
        <w:numPr>
          <w:ilvl w:val="0"/>
          <w:numId w:val="23"/>
        </w:numPr>
        <w:spacing w:before="100" w:beforeAutospacing="1" w:after="100" w:afterAutospacing="1" w:line="240" w:lineRule="auto"/>
      </w:pPr>
      <w:r>
        <w:t xml:space="preserve">Sustainable Procurement Improvement Register.xlsx </w:t>
      </w:r>
    </w:p>
    <w:p w:rsidR="00800ED2" w:rsidRDefault="00800ED2" w:rsidP="00800ED2">
      <w:pPr>
        <w:numPr>
          <w:ilvl w:val="0"/>
          <w:numId w:val="23"/>
        </w:numPr>
        <w:spacing w:before="100" w:beforeAutospacing="1" w:after="100" w:afterAutospacing="1" w:line="240" w:lineRule="auto"/>
      </w:pPr>
      <w:r>
        <w:lastRenderedPageBreak/>
        <w:t xml:space="preserve">Annual Sustainable Procurement Performance Report.docx </w:t>
      </w:r>
    </w:p>
    <w:p w:rsidR="00800ED2" w:rsidRDefault="00800ED2" w:rsidP="00800ED2">
      <w:pPr>
        <w:numPr>
          <w:ilvl w:val="0"/>
          <w:numId w:val="23"/>
        </w:numPr>
        <w:spacing w:before="100" w:beforeAutospacing="1" w:after="100" w:afterAutospacing="1" w:line="240" w:lineRule="auto"/>
      </w:pPr>
      <w:r>
        <w:t xml:space="preserve">Sustainable Procurement Performance Review .pptx </w:t>
      </w:r>
    </w:p>
    <w:p w:rsidR="00800ED2" w:rsidRDefault="00800ED2" w:rsidP="00800ED2">
      <w:pPr>
        <w:pStyle w:val="Heading3"/>
      </w:pPr>
      <w:r>
        <w:t>Part 15. Implementation Handover &amp; Sustainment</w:t>
      </w:r>
    </w:p>
    <w:p w:rsidR="00800ED2" w:rsidRDefault="00800ED2" w:rsidP="00800ED2">
      <w:pPr>
        <w:numPr>
          <w:ilvl w:val="0"/>
          <w:numId w:val="24"/>
        </w:numPr>
        <w:spacing w:before="100" w:beforeAutospacing="1" w:after="100" w:afterAutospacing="1" w:line="240" w:lineRule="auto"/>
      </w:pPr>
      <w:r>
        <w:t xml:space="preserve">ISO 20400 Implementation Completion Assessment.xlsx </w:t>
      </w:r>
    </w:p>
    <w:p w:rsidR="00800ED2" w:rsidRDefault="00800ED2" w:rsidP="00800ED2">
      <w:pPr>
        <w:numPr>
          <w:ilvl w:val="0"/>
          <w:numId w:val="24"/>
        </w:numPr>
        <w:spacing w:before="100" w:beforeAutospacing="1" w:after="100" w:afterAutospacing="1" w:line="240" w:lineRule="auto"/>
      </w:pPr>
      <w:r>
        <w:t xml:space="preserve">Sustainable Procurement Maturity Reassessment.xlsx </w:t>
      </w:r>
    </w:p>
    <w:p w:rsidR="00800ED2" w:rsidRDefault="00800ED2" w:rsidP="00800ED2">
      <w:pPr>
        <w:numPr>
          <w:ilvl w:val="0"/>
          <w:numId w:val="24"/>
        </w:numPr>
        <w:spacing w:before="100" w:beforeAutospacing="1" w:after="100" w:afterAutospacing="1" w:line="240" w:lineRule="auto"/>
      </w:pPr>
      <w:r>
        <w:t xml:space="preserve">Outstanding Actions Register.xlsx </w:t>
      </w:r>
    </w:p>
    <w:p w:rsidR="00800ED2" w:rsidRDefault="00800ED2" w:rsidP="00800ED2">
      <w:pPr>
        <w:numPr>
          <w:ilvl w:val="0"/>
          <w:numId w:val="24"/>
        </w:numPr>
        <w:spacing w:before="100" w:beforeAutospacing="1" w:after="100" w:afterAutospacing="1" w:line="240" w:lineRule="auto"/>
      </w:pPr>
      <w:r>
        <w:t xml:space="preserve">Sustainable Procurement Operational Handover Checklist.xlsx </w:t>
      </w:r>
    </w:p>
    <w:p w:rsidR="00800ED2" w:rsidRDefault="00800ED2" w:rsidP="00800ED2">
      <w:pPr>
        <w:numPr>
          <w:ilvl w:val="0"/>
          <w:numId w:val="24"/>
        </w:numPr>
        <w:spacing w:before="100" w:beforeAutospacing="1" w:after="100" w:afterAutospacing="1" w:line="240" w:lineRule="auto"/>
      </w:pPr>
      <w:r>
        <w:t xml:space="preserve">Annual Sustainable Procurement Operating Plan.xlsx </w:t>
      </w:r>
    </w:p>
    <w:p w:rsidR="00800ED2" w:rsidRDefault="00800ED2" w:rsidP="00800ED2">
      <w:pPr>
        <w:numPr>
          <w:ilvl w:val="0"/>
          <w:numId w:val="24"/>
        </w:numPr>
        <w:spacing w:before="100" w:beforeAutospacing="1" w:after="100" w:afterAutospacing="1" w:line="240" w:lineRule="auto"/>
      </w:pPr>
      <w:r>
        <w:t xml:space="preserve">Annual Supplier Assessment Plan.xlsx </w:t>
      </w:r>
    </w:p>
    <w:p w:rsidR="00800ED2" w:rsidRDefault="00800ED2" w:rsidP="00800ED2">
      <w:pPr>
        <w:numPr>
          <w:ilvl w:val="0"/>
          <w:numId w:val="24"/>
        </w:numPr>
        <w:spacing w:before="100" w:beforeAutospacing="1" w:after="100" w:afterAutospacing="1" w:line="240" w:lineRule="auto"/>
      </w:pPr>
      <w:r>
        <w:t xml:space="preserve">Annual Category Sustainability Review Plan.xlsx </w:t>
      </w:r>
    </w:p>
    <w:p w:rsidR="00800ED2" w:rsidRDefault="00800ED2" w:rsidP="00800ED2">
      <w:pPr>
        <w:numPr>
          <w:ilvl w:val="0"/>
          <w:numId w:val="24"/>
        </w:numPr>
        <w:spacing w:before="100" w:beforeAutospacing="1" w:after="100" w:afterAutospacing="1" w:line="240" w:lineRule="auto"/>
      </w:pPr>
      <w:r>
        <w:t xml:space="preserve">Annual Training &amp; Awareness Plan.xlsx </w:t>
      </w:r>
    </w:p>
    <w:p w:rsidR="00800ED2" w:rsidRDefault="00800ED2" w:rsidP="00800ED2">
      <w:pPr>
        <w:numPr>
          <w:ilvl w:val="0"/>
          <w:numId w:val="24"/>
        </w:numPr>
        <w:spacing w:before="100" w:beforeAutospacing="1" w:after="100" w:afterAutospacing="1" w:line="240" w:lineRule="auto"/>
      </w:pPr>
      <w:r>
        <w:t xml:space="preserve">Sustainable Procurement Three-Year Roadmap.xlsx </w:t>
      </w:r>
    </w:p>
    <w:p w:rsidR="00800ED2" w:rsidRDefault="00800ED2" w:rsidP="00800ED2">
      <w:pPr>
        <w:numPr>
          <w:ilvl w:val="0"/>
          <w:numId w:val="24"/>
        </w:numPr>
        <w:spacing w:before="100" w:beforeAutospacing="1" w:after="100" w:afterAutospacing="1" w:line="240" w:lineRule="auto"/>
      </w:pPr>
      <w:r>
        <w:t xml:space="preserve">Consultant Handover Checklist.xlsx </w:t>
      </w:r>
    </w:p>
    <w:p w:rsidR="00800ED2" w:rsidRDefault="00800ED2" w:rsidP="00800ED2">
      <w:pPr>
        <w:numPr>
          <w:ilvl w:val="0"/>
          <w:numId w:val="24"/>
        </w:numPr>
        <w:spacing w:before="100" w:beforeAutospacing="1" w:after="100" w:afterAutospacing="1" w:line="240" w:lineRule="auto"/>
      </w:pPr>
      <w:r>
        <w:t xml:space="preserve">Final Implementation Report.docx </w:t>
      </w:r>
    </w:p>
    <w:p w:rsidR="00800ED2" w:rsidRDefault="00800ED2" w:rsidP="00800ED2">
      <w:pPr>
        <w:numPr>
          <w:ilvl w:val="0"/>
          <w:numId w:val="24"/>
        </w:numPr>
        <w:spacing w:before="100" w:beforeAutospacing="1" w:after="100" w:afterAutospacing="1" w:line="240" w:lineRule="auto"/>
      </w:pPr>
      <w:r>
        <w:t>Final Executive Handover .pptx</w:t>
      </w:r>
    </w:p>
    <w:p w:rsidR="00F73897" w:rsidRDefault="00F73897" w:rsidP="00800ED2">
      <w:pPr>
        <w:pStyle w:val="ListBullet"/>
        <w:numPr>
          <w:ilvl w:val="0"/>
          <w:numId w:val="0"/>
        </w:numPr>
        <w:spacing w:after="10" w:line="240" w:lineRule="auto"/>
        <w:ind w:left="360"/>
      </w:pPr>
    </w:p>
    <w:sectPr w:rsidR="00F73897" w:rsidSect="00034616">
      <w:footerReference w:type="default" r:id="rId8"/>
      <w:pgSz w:w="12240" w:h="15840"/>
      <w:pgMar w:top="936" w:right="1080" w:bottom="936" w:left="108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769A1" w:rsidRDefault="00F769A1" w:rsidP="00F73897">
      <w:pPr>
        <w:spacing w:after="0" w:line="240" w:lineRule="auto"/>
      </w:pPr>
      <w:r>
        <w:separator/>
      </w:r>
    </w:p>
  </w:endnote>
  <w:endnote w:type="continuationSeparator" w:id="1">
    <w:p w:rsidR="00F769A1" w:rsidRDefault="00F769A1" w:rsidP="00F738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73897" w:rsidRDefault="001F3907">
    <w:pPr>
      <w:pStyle w:val="Footer"/>
      <w:jc w:val="center"/>
    </w:pPr>
    <w:r>
      <w:rPr>
        <w:sz w:val="18"/>
      </w:rPr>
      <w:t xml:space="preserve">Page </w:t>
    </w:r>
    <w:r w:rsidR="00CB22B5">
      <w:rPr>
        <w:sz w:val="18"/>
      </w:rPr>
      <w:fldChar w:fldCharType="begin"/>
    </w:r>
    <w:r>
      <w:rPr>
        <w:sz w:val="18"/>
      </w:rPr>
      <w:instrText>PAGE</w:instrText>
    </w:r>
    <w:r w:rsidR="00CB22B5">
      <w:rPr>
        <w:sz w:val="18"/>
      </w:rPr>
      <w:fldChar w:fldCharType="separate"/>
    </w:r>
    <w:r w:rsidR="00886FD3">
      <w:rPr>
        <w:noProof/>
        <w:sz w:val="18"/>
      </w:rPr>
      <w:t>1</w:t>
    </w:r>
    <w:r w:rsidR="00CB22B5">
      <w:rPr>
        <w:sz w:val="18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769A1" w:rsidRDefault="00F769A1" w:rsidP="00F73897">
      <w:pPr>
        <w:spacing w:after="0" w:line="240" w:lineRule="auto"/>
      </w:pPr>
      <w:r>
        <w:separator/>
      </w:r>
    </w:p>
  </w:footnote>
  <w:footnote w:type="continuationSeparator" w:id="1">
    <w:p w:rsidR="00F769A1" w:rsidRDefault="00F769A1" w:rsidP="00F7389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>
    <w:nsid w:val="12945986"/>
    <w:multiLevelType w:val="multilevel"/>
    <w:tmpl w:val="81F4F9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1740223C"/>
    <w:multiLevelType w:val="multilevel"/>
    <w:tmpl w:val="41E8D5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1A0272C7"/>
    <w:multiLevelType w:val="multilevel"/>
    <w:tmpl w:val="115EB4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21A91831"/>
    <w:multiLevelType w:val="multilevel"/>
    <w:tmpl w:val="90BABC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2B052AE8"/>
    <w:multiLevelType w:val="multilevel"/>
    <w:tmpl w:val="A59497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2DD87FAA"/>
    <w:multiLevelType w:val="multilevel"/>
    <w:tmpl w:val="F57647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2EA77224"/>
    <w:multiLevelType w:val="multilevel"/>
    <w:tmpl w:val="23AE3F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31A66D40"/>
    <w:multiLevelType w:val="multilevel"/>
    <w:tmpl w:val="F1D87A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4FDA1538"/>
    <w:multiLevelType w:val="multilevel"/>
    <w:tmpl w:val="5EEE63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5F877FA7"/>
    <w:multiLevelType w:val="multilevel"/>
    <w:tmpl w:val="E77882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602401F4"/>
    <w:multiLevelType w:val="multilevel"/>
    <w:tmpl w:val="57D4E3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60865128"/>
    <w:multiLevelType w:val="multilevel"/>
    <w:tmpl w:val="47DEA3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61C3546F"/>
    <w:multiLevelType w:val="multilevel"/>
    <w:tmpl w:val="BD9474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702341DD"/>
    <w:multiLevelType w:val="multilevel"/>
    <w:tmpl w:val="D8CA6E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70332E0C"/>
    <w:multiLevelType w:val="multilevel"/>
    <w:tmpl w:val="6952E4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17"/>
  </w:num>
  <w:num w:numId="11">
    <w:abstractNumId w:val="13"/>
  </w:num>
  <w:num w:numId="12">
    <w:abstractNumId w:val="12"/>
  </w:num>
  <w:num w:numId="13">
    <w:abstractNumId w:val="16"/>
  </w:num>
  <w:num w:numId="14">
    <w:abstractNumId w:val="19"/>
  </w:num>
  <w:num w:numId="15">
    <w:abstractNumId w:val="22"/>
  </w:num>
  <w:num w:numId="16">
    <w:abstractNumId w:val="20"/>
  </w:num>
  <w:num w:numId="17">
    <w:abstractNumId w:val="18"/>
  </w:num>
  <w:num w:numId="18">
    <w:abstractNumId w:val="10"/>
  </w:num>
  <w:num w:numId="19">
    <w:abstractNumId w:val="23"/>
  </w:num>
  <w:num w:numId="20">
    <w:abstractNumId w:val="11"/>
  </w:num>
  <w:num w:numId="21">
    <w:abstractNumId w:val="21"/>
  </w:num>
  <w:num w:numId="22">
    <w:abstractNumId w:val="9"/>
  </w:num>
  <w:num w:numId="23">
    <w:abstractNumId w:val="14"/>
  </w:num>
  <w:num w:numId="24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B47730"/>
    <w:rsid w:val="00034616"/>
    <w:rsid w:val="0006063C"/>
    <w:rsid w:val="0015074B"/>
    <w:rsid w:val="001F3907"/>
    <w:rsid w:val="0029639D"/>
    <w:rsid w:val="00326F90"/>
    <w:rsid w:val="00800ED2"/>
    <w:rsid w:val="00886FD3"/>
    <w:rsid w:val="00AA1D8D"/>
    <w:rsid w:val="00B47730"/>
    <w:rsid w:val="00CB0664"/>
    <w:rsid w:val="00CB22B5"/>
    <w:rsid w:val="00F73897"/>
    <w:rsid w:val="00F769A1"/>
    <w:rsid w:val="00FC693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eastAsia="Arial" w:hAnsi="Arial"/>
      <w:sz w:val="21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472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998</Words>
  <Characters>5694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6679</CharactersWithSpaces>
  <SharedDoc>false</SharedDoc>
  <HyperlinkBase/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keywords/>
  <cp:lastModifiedBy>ASUS</cp:lastModifiedBy>
  <cp:revision>2</cp:revision>
  <dcterms:created xsi:type="dcterms:W3CDTF">2013-12-23T23:15:00Z</dcterms:created>
  <dcterms:modified xsi:type="dcterms:W3CDTF">2026-08-23T09:09:00Z</dcterms:modified>
  <cp:category/>
</cp:coreProperties>
</file>