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STEP 1 - PRIVACY IMPLEMENTATION CHECKLIST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ISO/IEC 27701:2025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Privacy / PIMS Manager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ISO/IEC 27701:2025 is the current published edition and can be implemented as a standalone PIMS. Privacy laws, regulator requirements, contractual obligations and sector rules vary by jurisdiction and must be verified separately from authoritative sources.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 and Use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a practical first-stage checklist for establishing the governance, privacy-risk, PII-processing and assurance foundations needed to implement a Privacy Information Management System (PIMS) aligned with ISO/IEC 27701:2025.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Checklist Information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Entry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Organization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[ORGANIZATION NAME]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 Scope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[BUSINESS / ENTITY / SERVICE / LOCATION]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Implementation Lead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 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[YYYY-MM-DD]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PII Role(s)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[CONTROLLER / PROCESSOR / BOTH]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Primary Jurisdiction(s)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[VERIFY APPLICABLE JURISDICTIONS]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Integration</w:t>
            </w:r>
          </w:p>
        </w:tc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[STANDALONE PIMS / INTEGRATED WITH ISMS / OTHER]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Checklist Status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[INITIAL / UPDATE / READINESS REVIEW]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Foundation Implementation Checklist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No.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Area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Implementation Check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Expected Evidence / Output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Priority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Context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PIMS scope, organizational boundaries, products/services, locations and relevant PII processing activities are defined.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PIMS scope; processing inventory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Context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Relevant privacy obligations, contractual requirements and interested-party expectations are identified and assigned to owners.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Obligations register; source links; ownership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3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Governance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Top management accountability, PIMS roles, decision rights and escalation routes are defined.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Governance charter; role descriptions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4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Roles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The organization determines where it acts as PII controller, processor, joint controller or another relevant role for each material processing activity.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Processing-role inventory; contracts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5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Policy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 privacy/PIMS policy establishes direction, commitments and a framework for objectives.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policy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6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Objectives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Measurable privacy objectives and indicators are defined with owners, targets or evaluation criteria and review frequency.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Objectives / KPI register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7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PII Inventory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Material PII categories, data subjects/PII principals, purposes, systems, locations, recipients and lifecycle stages are inventoried.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PII processing inventory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8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Lawful / Authorized Processing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The organization can demonstrate an approved basis or authorization for material PII processing according to applicable requirements.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Processing approval / legal basis record as applicable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9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Purpose and Minimization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Collection and use are limited to approved purposes and data that are reasonably necessary for the service/process.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Data field review; design approval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10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Transparency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notices and communications are current, clear, approved and aligned to actual material processing.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notices; change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11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Consent / Choice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Where consent or choice is used, collection, withdrawal and evidence mechanisms are defined and testable.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Consent records; withdrawal process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12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PII Principal Requests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Processes exist for applicable access, correction, deletion, objection, portability or other verified rights/requests.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Request procedure; case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13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Risk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risks are assessed using a defined method that considers impacts to individuals/PII principals and organizational controls.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risk assessment; criteria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14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Impact Assessment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Higher-risk or materially changed processing is screened for privacy impact assessment where required by the organization or applicable obligations.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Screening / PIA or DPIA record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15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by Design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requirements are integrated into projects, systems, products, procurement and change processes before release.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Design checklist; project evidence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16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Access Control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Access to PII is limited, authorized, reviewed and removed when no longer required.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Access matrix; review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17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PII Quality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Processes support accuracy, completeness and correction of PII where relevant to the processing purpose.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Quality checks; correction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18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Retention / Disposal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Retention and disposal criteria are approved from verified obligations and business needs; disposal is controlled.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Retention schedule; disposal evidence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19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Sharing / Disclosure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PII sharing, disclosure and recipient responsibilities are authorized, recorded and controlled.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Sharing register; agreements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20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Cross-Border / Location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International transfer or remote-access requirements are identified and controlled where applicable.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Transfer assessment; approved mechanism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21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Processor / Supplier Management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requirements are included in relevant third-party due diligence, contracts, instructions, monitoring and exit controls.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DPA/contract; due diligence; review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22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Security Integration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Information-security controls supporting confidentiality, integrity, availability and resilience are aligned with privacy risks.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Security risk/control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23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Incident / Breach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Privacy incidents and suspected breaches are identified, triaged, contained, assessed, escalated and recorded.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Incident procedure; incident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24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Notification Decision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Regulatory or individual notification decisions are based on verified applicable requirements and documented assessment.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Breach assessment / decision record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25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Competence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Roles with privacy responsibilities have defined competence, awareness and training requirements.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Competence matrix; training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26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Documented Information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PIMS policies, procedures, inventories, risk records, requests, incidents and evidence are controlled.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Documented information controls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27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Monitoring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PIMS performance, privacy requests, incidents, risk actions and key controls are monitored using defined indicators.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Monitoring plan; dashboard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28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Internal Audit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 risk-based privacy/PIMS internal audit programme and audit method are established.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programme; audit procedure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29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Management Review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Top management periodically reviews PIMS performance, risks, changes, resources and improvement needs.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Review agenda/minutes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30</w:t>
            </w:r>
          </w:p>
        </w:tc>
        <w:tc>
          <w:tcPr>
            <w:tcW w:type="dxa" w:w="158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Corrective Action</w:t>
            </w:r>
          </w:p>
        </w:tc>
        <w:tc>
          <w:tcPr>
            <w:tcW w:type="dxa" w:w="402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Nonconformities and recurring privacy failures are corrected, causes are addressed and effectiveness is verified where appropriate.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Corrective action records</w:t>
            </w:r>
          </w:p>
        </w:tc>
        <w:tc>
          <w:tcPr>
            <w:tcW w:type="dxa" w:w="68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Illustrative Completion Examples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Data Type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Check / Theme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Illustrative Status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Illustrative Evidence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Illustrative Next Action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PII processing inventory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Completed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High-volume customer and employee processing is mapped with purposes, systems, recipients and owners.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Add an annual owner attestation and change-triggered update.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Privacy impact screening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 Progress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New-project gate includes privacy screening, but legacy change requests are not consistently screened.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Extend screening to material legacy changes and sample completion.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PII principal requests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 Progress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Request intake and identity verification are defined; processor-to-controller escalation timing needs clarification.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Agree client/controller escalation timing and test with a tabletop case.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Supplier privacy terms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Blocked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Standard privacy clauses exist; a critical legacy supplier contract has not yet been remediated.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Escalate contract remediation and document interim risk treatment.</w:t>
            </w:r>
          </w:p>
        </w:tc>
      </w:tr>
      <w:tr>
        <w:trPr>
          <w:cantSplit/>
        </w:trPr>
        <w:tc>
          <w:tcPr>
            <w:tcW w:type="dxa" w:w="130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Illustrative Data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Retention / disposal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Completed</w:t>
            </w:r>
          </w:p>
        </w:tc>
        <w:tc>
          <w:tcPr>
            <w:tcW w:type="dxa" w:w="323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Retention schedule and disposal workflow are approved for the sampled systems.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Perform a scheduled disposal sample and retain evidence.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Illustrative Data must not be represented as the organization’s actual privacy status. Replace or delete the example rows before controlled use.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Readiness Decision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Decision Field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Critical gaps requiring management action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[LIST / NONE]</w:t>
            </w:r>
          </w:p>
        </w:tc>
      </w:tr>
      <w:tr>
        <w:trPr>
          <w:cantSplit/>
        </w:trPr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PIMS evidence sufficiently available for next implementation phase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[YES / NO / PARTIAL]</w:t>
            </w:r>
          </w:p>
        </w:tc>
      </w:tr>
      <w:tr>
        <w:trPr>
          <w:cantSplit/>
        </w:trPr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Approved priority actions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[REFERENCE ACTION PLAN]</w:t>
            </w:r>
          </w:p>
        </w:tc>
      </w:tr>
      <w:tr>
        <w:trPr>
          <w:cantSplit/>
        </w:trPr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Reviewed by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 / DATE]</w:t>
            </w:r>
          </w:p>
        </w:tc>
      </w:tr>
      <w:tr>
        <w:trPr>
          <w:cantSplit/>
        </w:trPr>
        <w:tc>
          <w:tcPr>
            <w:tcW w:type="dxa" w:w="425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Approved to proceed</w:t>
            </w:r>
          </w:p>
        </w:tc>
        <w:tc>
          <w:tcPr>
            <w:tcW w:type="dxa" w:w="510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[YES / NO / CONDITIONS]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Reference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Use in this document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ISO/IEC 27701:2025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Privacy information management systems — requirements and guidance. Current published Edition 2; standalone PIMS management system standard.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https://www.iso.org/standard/27701.html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ISO/IEC 27001:2022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Information security management systems — requirements. Relevant where the PIMS is integrated with an ISMS.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https://www.iso.org/standard/27001.html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Organization privacy documentation</w:t>
            </w:r>
          </w:p>
        </w:tc>
        <w:tc>
          <w:tcPr>
            <w:tcW w:type="dxa" w:w="447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Approved privacy obligations, PII processing inventory, privacy notices, contracts, risk assessments, procedures, incidents, requests and monitoring evidence.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Privacy / PIMS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Step 1 - Privacy Implementation Checklist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PIMS-CHK-001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