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PRIVACY MANAGEMENT REVIEW GUIDANCE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ISO/IEC 27701:2025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Privacy / PIMS Manager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Top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A management review is not a presentation-only meeting. Every material issue should end with a clear conclusion: accept current performance, require change, assign action, allocate resources, escalate, or request further evidence.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Provide practical guidance for preparing and conducting privacy management reviews that produce evidence-based decisions, clear accountability and useful improvement outputs under ISO/IEC 27701:2025.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Prepare a Decision-Ready Review Pack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trends and exceptions rather than presenting every underlying case or transaction.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Reconcile KPI definitions and reporting periods before the meeting; explain material data limitations.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Separate verified privacy-obligation changes from unverified legal commentary.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Show significant privacy risks, overdue treatments and accepted residual risk with accountable owners.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Summarize PII principal requests, incidents, suppliers and audit findings in a way that protects unnecessary PII.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Flag each topic that requires a decision, resource commitment, escalation or acceptance.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Recommended Input Pack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Input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Decision Question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Previous actions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Were actions completed and effective? Which overdue items require escalation?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PIMS scope / context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Does the current scope still reflect actual processing, organizational boundaries and privacy roles?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Privacy obligations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Do verified changes require control, notice, contract, process or resource changes?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Objectives / KPIs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Are objectives being achieved and are indicators still useful for management decisions?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PII processing inventory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Are material processing activities, owners and controller/processor roles current?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Privacy risk / PIA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Are high/changing risks understood, treated and accepted through the right authority?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PII principal requests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Are request processes timely, accurate and adequately resourced?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Incidents / breaches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What patterns, causes, control weaknesses and lessons require management action?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Suppliers / processors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Do any third-party privacy issues require contractual, monitoring, exit or escalation decisions?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Audit / assurance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Are findings systemic, repeated or overdue, and is corrective action effective?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Resources / competence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Are capacity, skills, tools and specialist support adequate for the PIMS?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How to Facilitate the Review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Facilitation Step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Good Practice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Start with previous actions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Confirm closure evidence and unresolved commitments before adding new actions.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Focus on material changes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Use risk and impact to determine how much management attention each topic needs.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Challenge evidence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Ask what data supports the conclusion, whether definitions changed and what material limitations exist.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Separate fact from interpretation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Record verified evidence, expert/legal interpretation and management decision distinctly.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Make explicit decisions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State whether management accepts, changes, escalates, funds or investigates the issue.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Assign accountability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Every action needs owner, due date, expected output and verification approach.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Close with priorities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Confirm the few most important PIMS priorities until the next review.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Useful Privacy Indicators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Indicator Theme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Examples for Management Review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Processing governance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Inventory coverage, overdue owner attestations, material processing changes, unresolved role issues.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Requests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Volume, response timeliness, backlog, identity-verification exceptions, rework and escalations.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Privacy risk / PIA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High-risk actions, assessments completed, overdue treatments, accepted residual risk.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Incidents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Material incident count, recurring causes, containment/decision timeliness, corrective action status.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Suppliers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High-risk supplier reviews, contractual gaps, overdue remediation, privacy incidents and exit issues.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Awareness / competence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Completion, role-based competence, targeted remediation and recurring behavior gaps.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Assurance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findings, overdue corrective actions, recurrence and effectiveness verification.</w:t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Metrics should support decisions, not create artificial targets. A low incident count can reflect strong controls or weak detection; management should interpret indicators with context and evidence.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Illustrative Review Input Examples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Input Theme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Illustrative Evidence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Management Question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Possible Decision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PII principal requests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Backlog increased for two months while total volume remained stable.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Is current capacity/process design adequate?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Temporary capacity + triage redesign + follow-up KPI.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Supplier privacy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Two high-risk remediation items are overdue for a processor.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Can processing expansion continue safely?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Escalate supplier action and restrict expansion until evidence is accepted.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Incidents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Recurring access-related incidents reduced after remediation.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Is the corrective action effective and sustainable?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Continue one monitoring cycle before closure.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Processing inventory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One business unit repeatedly submits late owner attestations.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Is ownership/accountability working?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Add owner KPI and targeted management escalation.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/ awareness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found role-based awareness evidence effective.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Does the control need change?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Maintain current approach; refresh after material change.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Decision Quality Tests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 the decision based on current, traceable evidence?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 the accountable owner clear?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Does the decision address the underlying risk or merely the symptom?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If risk is accepted, is the accepting authority appropriate?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Does the action define expected evidence and, where needed, effectiveness verification?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Does the decision require a change to processing inventory, notice, PIA, contract, control, objective or resource?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Common Review Failures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Reading dashboards without challenging causes or decisions.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Carrying forward overdue actions with no escalation.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Including excessive case-level PII in broad management packs.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Treating a legal opinion as a verified organizational obligation without applicability/ownership being recorded.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Closing actions because documents were updated without checking operational effectiveness.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Using different KPI definitions across periods without disclosing the change.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Reference</w:t>
            </w:r>
          </w:p>
        </w:tc>
        <w:tc>
          <w:tcPr>
            <w:tcW w:type="dxa" w:w="43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Use in this document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ISO/IEC 27701:2025</w:t>
            </w:r>
          </w:p>
        </w:tc>
        <w:tc>
          <w:tcPr>
            <w:tcW w:type="dxa" w:w="43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Privacy information management systems — requirements and guidance. Current published Edition 2; may be implemented as a standalone PIMS or integrated with other management systems.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https://committee.iso.org/standard/27701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ISO/IEC 27001:2022</w:t>
            </w:r>
          </w:p>
        </w:tc>
        <w:tc>
          <w:tcPr>
            <w:tcW w:type="dxa" w:w="43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Information security management systems — requirements. Relevant when privacy management is integrated with an ISMS.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https://committee.iso.org/standard/27001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Organization privacy obligations</w:t>
            </w:r>
          </w:p>
        </w:tc>
        <w:tc>
          <w:tcPr>
            <w:tcW w:type="dxa" w:w="43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Verified laws, regulations, regulator guidance, contracts, customer commitments and sector requirements applicable to the organization.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[AUTHORITATIVE EXTERNAL SOURCES / LEGAL REGISTER]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Organization PIMS repository</w:t>
            </w:r>
          </w:p>
        </w:tc>
        <w:tc>
          <w:tcPr>
            <w:tcW w:type="dxa" w:w="43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Controlled policies, processing inventory, risk assessments, privacy notices, requests, supplier records, incidents, monitoring, audit and management-review evidence.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[INTERNAL CONTROLLED REPOSITORY]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Privacy / PIMS Manager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Privacy Management Review Guidance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PIMS-GOV-005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