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PRIVACY GAP ANALYSIS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ISO/IEC 27701:2025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Privacy / PIMS Manager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a practical method for evaluating the current Privacy Information Management System against approved ISO/IEC 27701:2025 assessment criteria and converting evidence-based gaps into prioritized implementation actions.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Use a licensed copy of ISO/IEC 27701:2025 for final conformity decisions. Do not treat a generic privacy checklist as proof of legal compliance; applicable privacy obligations must be verified for the relevant jurisdictions, roles and processing activities.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When to Use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Initial PIMS implementation or re-baselining.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Pre-certification / assurance readiness assessment.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Major business, technology, product, outsourcing or data-processing change.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Periodic effectiveness or maturity reassessment after the PIMS has operated.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Roles and Responsibilities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Key Responsibilities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Set assessment expectations, ensure access to evidence, resolve material barriers and review significant gaps.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Privacy / PIMS Function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Coordinate criteria, evidence requests, interviews, privacy-risk interpretation, gap writing and reporting.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Process / PII Owners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Provide evidence, explain processing, validate factual accuracy and own remediation actions.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Information Security / Technology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Provide security, architecture, logging, access, incident and resilience evidence supporting privacy controls.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Independent Reviewer / Internal Audit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Challenge evidence and conclusions where independent assurance is required.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Assessment Preparation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Confirm PIMS scope, entities, locations, products/services and major PII-processing activities.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Identify whether each material processing activity is performed as controller, processor or another documented role.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Identify verified applicable privacy obligations, contractual requirements and internal privacy commitments.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Prepare evidence sources: processing inventory, notices, risk assessments, impact assessments, requests, contracts, retention, incidents, access reviews, audit/review records and monitoring results.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Select samples by privacy risk, volume/sensitivity, complaints, incidents, material change, outsourcing and prior findings.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Agree rating definitions before fieldwork so multiple assessors apply them consistently.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Practical Assessment Domains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Domain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Typical Evidence / Questions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Context and Governance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Scope, obligations, PII roles, accountability, policy, objectives, governance calendar and management decisions.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PII Processing Inventory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Purposes, categories, PII principals, systems, recipients, locations, retention and ownership are current and traceable.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Privacy Risk and Impact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Risk method considers impacts to individuals; higher-risk changes receive appropriate privacy impact evaluation.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Transparency and Requests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Notices match actual processing; request intake, identity validation, decisions, timing and evidence are controlled.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Lifecycle / Retention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Collection, use, accuracy, retention, disposal and de-identification controls are defined and operating.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Sharing / Transfers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Disclosures, processors, sub-processors and international transfers are authorized and supported by appropriate agreements/assessments.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Privacy by Design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Projects and changes identify privacy requirements before deployment; exceptions are risk-assessed and approved.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Security and Incidents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Access, encryption/other safeguards as appropriate, logging, breach triage and notification decisions support privacy risk management.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Competence and Awareness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Role-based privacy competence, training, specialist support and awareness are current.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Assurance and Improvement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Monitoring, audit, management review, corrective action and effectiveness evidence demonstrate continual improvement.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Evidence-Based Assessment Method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Step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Assessment Activity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Output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1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the assessment criterion and identify the expected PIMS outcome.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Assessment focus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2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Collect objective evidence and select risk-based samples.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Evidence set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3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Interview accountable roles and corroborate what is described with records and system evidence.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Corroboration / contradiction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4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Compare evidence with the criterion and document the demonstrated gap, if any.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Current-state rating and gap statement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5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Prioritize using impact to individuals, regulatory/contract exposure, processing scale/sensitivity and control weakness.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Priority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6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an action that changes the process/control outcome and specify verification evidence.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Action plan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Rating Guidance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Rating</w:t>
            </w:r>
          </w:p>
        </w:tc>
        <w:tc>
          <w:tcPr>
            <w:tcW w:type="dxa" w:w="71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Use When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Conforming</w:t>
            </w:r>
          </w:p>
        </w:tc>
        <w:tc>
          <w:tcPr>
            <w:tcW w:type="dxa" w:w="71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Evidence demonstrates the criterion is implemented and operating across the assessed scope/sample.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Partially Conforming</w:t>
            </w:r>
          </w:p>
        </w:tc>
        <w:tc>
          <w:tcPr>
            <w:tcW w:type="dxa" w:w="71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The process exists but implementation, coverage, consistency, evidence or effectiveness is incomplete.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Nonconforming</w:t>
            </w:r>
          </w:p>
        </w:tc>
        <w:tc>
          <w:tcPr>
            <w:tcW w:type="dxa" w:w="71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 required PIMS arrangement is absent or evidence demonstrates a material failure against the approved criterion.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Not Assessed</w:t>
            </w:r>
          </w:p>
        </w:tc>
        <w:tc>
          <w:tcPr>
            <w:tcW w:type="dxa" w:w="71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Insufficient fieldwork or evidence has been completed to reach a conclusion.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N/A</w:t>
            </w:r>
          </w:p>
        </w:tc>
        <w:tc>
          <w:tcPr>
            <w:tcW w:type="dxa" w:w="71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The criterion is demonstrably outside the approved scope or not applicable; rationale is retained.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Do not convert “evidence not yet provided” automatically into “nonconforming.” Distinguish an evidence-access delay from evidence demonstrating that a required process or control is absent or ineffective.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Illustrative Gap Statements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Theme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Evidence</w:t>
            </w:r>
          </w:p>
        </w:tc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Gap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Priority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Processing inventory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Customer processing inventory is current; one newly acquired service has not been added.</w:t>
            </w:r>
          </w:p>
        </w:tc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The PIMS inventory does not yet cover the acquired service, so related purposes, recipients, retention and privacy risks are not centrally governed.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impact screening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Project intake form includes privacy screening, but material changes to existing products bypass the form.</w:t>
            </w:r>
          </w:p>
        </w:tc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The screening control is not consistently applied to material changes, creating a risk that higher-impact processing is not evaluated before release.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Request handling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Request workflow is defined and sampled controller requests are traceable.</w:t>
            </w:r>
          </w:p>
        </w:tc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 gap identified in the sampled controller request cases.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Low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Supplier management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DPA template includes privacy obligations; two sampled legacy processors lack current sub-processor transparency evidence.</w:t>
            </w:r>
          </w:p>
        </w:tc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Processor oversight does not consistently demonstrate current sub-processor information for sampled legacy suppliers.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Retention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Retention schedule exists, but one system retains closed-account exports without a documented business/legal rationale.</w:t>
            </w:r>
          </w:p>
        </w:tc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The sampled retention control is not aligned to an approved retention rule for the identified export dataset.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Reporting and Action Planning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Summarize significant gaps by privacy risk and management-system theme.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Separate legal/contract interpretation questions from PIMS control gaps and assign them for authoritative review.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Assign one accountable owner, due date and expected verification evidence to each approved action.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Escalate gaps that expose individuals or the organization to material privacy risk rather than waiting for final report issuance.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Track systemic high-risk gaps through effectiveness verification after implementation.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Reference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Use in this document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ISO/IEC 27701:2025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Privacy information management systems — requirements and guidance. Current published Edition 2; standalone PIMS management system standard.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https://www.iso.org/standard/27701.html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ISO/IEC 27001:2022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Information security management systems — requirements. Relevant where the PIMS is integrated with an ISMS.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https://www.iso.org/standard/27001.html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privacy documentation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privacy obligations, PII processing inventory, privacy notices, contracts, risk assessments, procedures, incidents, requests and monitoring evidence.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Privacy / PIMS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Privacy Gap Analysis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PIMS-GOV-001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