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PRIVACY AUDIT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ISO/IEC 27701:2025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Privacy Audit / Assurance Lead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Privacy / PIMS Manager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planning, conducting, reporting and following up privacy/PIMS audits so audit conclusions are evidence-based, privacy-safe and useful for management decisions.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Audit Principles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Privacy outcome focus: test whether governance and controls support responsible PII processing, not merely whether documents exist.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Risk-based sampling: focus effort on high-risk/sensitive processing, large-scale activities, incidents, requests, suppliers, changes and weak performance trends.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Evidence-based conclusions: corroborate policies, processing records, system evidence, contracts, cases, metrics, interviews and observation.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Data minimization: auditors should access and retain only the PII necessary for the audit purpose.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Independence and fairness: distinguish verified gaps, opportunities for improvement, unresolved evidence requests and matters requiring legal interpretation.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Improvement orientation: findings should strengthen privacy outcomes, accountability and control reliability.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Avoid reproducing full names, identifiers, special-category/sensitive PII, request content or breach details in working papers when a controlled case reference, redacted sample or system evidence is sufficient.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Audit Planning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Planning Element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Practical Guidance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the assurance question, e.g., whether processor oversight and sub-processor governance operate effectively for critical services.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entities, processes, processing roles, systems, suppliers, jurisdictions, period and exclusions.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Criteria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approved ISO/IEC 27701 criteria, PIMS documents, verified obligations, contracts and internal privacy requirements.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Sampling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Select samples using privacy risk, scale/sensitivity, change, incidents, requests, suppliers, prior findings and management concerns.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Team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auditors competent in audit methods, privacy principles, evidence evaluation and confidentiality/security requirements.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Recommended Audit Trails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Audit Trail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Examples of Evidence to Follow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Processing Inventory -&gt; Risk -&gt; Control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Processing record, role, purpose, data categories, risk assessment, control decision and owner evidence.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Project / Change -&gt; Privacy by Design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Project intake, screening, PIA/DPIA as applicable, architecture, notices, approvals and residual actions.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Notice -&gt; Actual Processing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Published notice, system fields, collection source, recipients, retention and downstream uses.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PII Principal Request -&gt; Closure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Intake, identity validation, routing, decision, response, timing and approval without unnecessary PII copying.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Processor -&gt; Contract -&gt; Monitoring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Due diligence, role/instructions, DPA, security/privacy terms, sub-processors, incidents, monitoring and exit.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Incident -&gt; Notification Decision -&gt; Improvement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Detection, triage, affected PII, impact assessment, legal/privacy decision, communications, cause and corrective action.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Retention Rule -&gt; System Behavior</w:t>
            </w:r>
          </w:p>
        </w:tc>
        <w:tc>
          <w:tcPr>
            <w:tcW w:type="dxa" w:w="64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rule, system configuration, deletion/archive evidence, exception approval and sampling.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Evidence and Interview Guidance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Ask process owners to demonstrate the processing and control in the system, not only describe it.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Trace one or more data flows from collection through use, sharing, storage, retention and disposal where appropriate.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automated privacy controls, inspect configuration, logs, exceptions and change history rather than relying only on screenshots.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request and incident cases, use controlled case IDs/redacted evidence and verify timestamps/decisions from source systems.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legal or regulatory interpretations, verify the authoritative source and responsible legal/privacy decision owner; auditors should not invent legal conclusions.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Finding Writing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 strong finding identifies the approved criterion, objective evidence, demonstrated gap and privacy/control impact. It avoids unsupported statements about intent, negligence, legal breach or harm. Classification follows the organization’s approved taxonomy and risk context.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Situation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Result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Why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Material processing inventory is current and owner-attested; sampled data flow matches the record.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Evidence supports design and operating use.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screening exists for new projects but not for material legacy changes.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OFI or NC depending on approved criterion / risk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Classification depends on whether the gap violates an approved requirement and its scope/risk.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Two high-risk processor files lack current monitoring evidence required by the supplier privacy standard.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Minor / Major NC per taxonomy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Finding is based on defined internal requirement and sampled operating evidence.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 request case is beyond the internal target; authoritative legal deadline applicability has not yet been verified.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Further review required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Do not declare a legal breach without verified obligation and timing facts.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Retention system deleted sampled records according to approved schedule and retained deletion logs.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Evidence demonstrates implementation and traceability.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Closing and Reporting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Confirm factual understanding before finalizing findings.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Escalate active material privacy risk or incident promptly.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legal-interpretation questions from PIMS control findings.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Report systemic themes and positive practices, not only isolated exceptions.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controlled references instead of unnecessary PII in reports.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Follow-Up and Closure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Verify implementation evidence before closing findings. For systemic or high-risk issues, use a suitable post-implementation sample, trend review or control test to confirm effectiveness. Re-open or escalate where evidence is insufficient or residual privacy risk remains material.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27701:2025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information management systems — requirements and guidance. Current published Edition 2; standalone PIMS management system standard.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https://www.iso.org/standard/27701.html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27001:2022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Information security management systems — requirements. Relevant where the PIMS is integrated with an ISMS.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https://www.iso.org/standard/27001.html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privacy documentation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privacy obligations, PII processing inventory, privacy notices, contracts, risk assessments, procedures, incidents, requests and monitoring evidence.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Audit / Assurance Lead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/ PIMS Manager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Privacy Audit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PIMS-GOV-003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