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DOCUMENTED INFORMATION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ISO/IEC 27701:2025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Privacy / PIMS Manager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 / Authorized 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This guidance supports practical PIMS document control. It does not create universal privacy retention periods, regulatory filing rules or breach-notification timelines; those must be verified for the organization’s applicable context.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Help document owners decide what PIMS information should be controlled, how much detail is useful, how privacy-sensitive records should be handled and what evidence is needed for auditability without creating unnecessary bureaucracy.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What Should Be Controlled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Information Type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Control Guidance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PIMS governance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Control the current PIMS scope, policy, manual, objectives, governance roles and management decisions.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PII processing information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Maintain an appropriate inventory of material processing, purposes, roles, categories, systems, recipients and accountable owners.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Privacy risk and impact evidence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Control methodology, screening, assessments, treatment decisions, approvals and residual-risk acceptance.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Operational privacy procedures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Control request handling, privacy by design, supplier/processor controls, retention, sharing, incidents and related workflows as applicable.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External requirements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Identify authoritative laws, regulator material, contracts and customer requirements used to design or evaluate the PIMS.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Assurance evidence</w:t>
            </w:r>
          </w:p>
        </w:tc>
        <w:tc>
          <w:tcPr>
            <w:tcW w:type="dxa" w:w="663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Retain appropriate monitoring, audit, management review, corrective-action and effectiveness evidence.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Practical Drafting Rules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Write for the person who must perform or evidence the work; remove theory that does not change behavior or decisions.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one accountable owner for each controlled document and identify approval authority proportionate to impact.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Prefer tables, decision criteria, field definitions and short workflows when they reduce ambiguity.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Keep legal wording and jurisdiction-specific requirements in verified source registers or approved legal guidance rather than inventing universal text.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Separate policy commitments from procedures, and separate procedures from completed records.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placeholders for organization-specific data that has not been provided; do not fabricate names, legal bases, retention periods or regulator details.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File Naming and Coding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Use the organization’s approved coding convention. A practical PIMS convention can use PIMS-[DOCUMENT TYPE]-[NUMBER], provided codes remain unique and are managed through the controlled document register.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Type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Suggested Code</w:t>
            </w:r>
          </w:p>
        </w:tc>
        <w:tc>
          <w:tcPr>
            <w:tcW w:type="dxa" w:w="572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Example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Policy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POL</w:t>
            </w:r>
          </w:p>
        </w:tc>
        <w:tc>
          <w:tcPr>
            <w:tcW w:type="dxa" w:w="572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PIMS-POL-001 Privacy Management Policy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Manual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MAN</w:t>
            </w:r>
          </w:p>
        </w:tc>
        <w:tc>
          <w:tcPr>
            <w:tcW w:type="dxa" w:w="572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PIMS-MAN-001 Privacy Management Manual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Procedure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</w:t>
            </w:r>
          </w:p>
        </w:tc>
        <w:tc>
          <w:tcPr>
            <w:tcW w:type="dxa" w:w="572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PIMS-PRO-002 Documented Information Procedure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Form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FRM</w:t>
            </w:r>
          </w:p>
        </w:tc>
        <w:tc>
          <w:tcPr>
            <w:tcW w:type="dxa" w:w="572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PIMS-FRM-001 Privacy Management Review Agenda &amp; Minutes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Register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REG</w:t>
            </w:r>
          </w:p>
        </w:tc>
        <w:tc>
          <w:tcPr>
            <w:tcW w:type="dxa" w:w="572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PIMS-REG-001 PII Processing Inventory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Assessment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ASM</w:t>
            </w:r>
          </w:p>
        </w:tc>
        <w:tc>
          <w:tcPr>
            <w:tcW w:type="dxa" w:w="572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PIMS-ASM-002 Privacy Impact Assessment Record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</w:t>
            </w:r>
          </w:p>
        </w:tc>
        <w:tc>
          <w:tcPr>
            <w:tcW w:type="dxa" w:w="572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PIMS-AUD-001 Internal Privacy Audit Report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Guidance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GOV</w:t>
            </w:r>
          </w:p>
        </w:tc>
        <w:tc>
          <w:tcPr>
            <w:tcW w:type="dxa" w:w="572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PIMS-GOV-004 Documented Information Guidance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Version, Review and Change Discipline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Trigger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Expected Response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Planned review date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Confirm the document remains suitable, accurate, owned and aligned with actual processing.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New or changed PII processing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Assess affected notices, inventory, risk/impact records, contracts, procedures and evidence.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New verified obligation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Update affected controls and documents after ownership and applicability are confirmed.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Privacy incident / audit finding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Update documentation only when evidence shows the control or process should change.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Technology / supplier / location change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Reassess processing, access, sharing, retention, transfer and continuity documentation.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Obsolete activity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Withdraw operational documents and apply approved retention/disposal rules to historical records.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Record Quality Tests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Traceability — Can a reviewer identify what happened, when, by whom/which role and under which approved process?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Completeness — Are required fields and evidence present without unnecessary PII?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Integrity — Is unauthorized modification reasonably prevented or detectable?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Accessibility — Can authorized personnel retrieve the record when required?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Retention / disposal — Is the lifecycle linked to approved criteria and any active hold?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Confidentiality — Does access reflect the sensitivity of the PII, assessment, incident or legal content?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Privacy-Sensitive Documentation Considerations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Minimize PII in audit reports, dashboards, action trackers and management-review packs when a case reference or aggregated measure is sufficient. Do not copy full privacy-request, incident or investigation content into general management documents without a clear need.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Scenario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Preferred Practice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PII principal request tracker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Use case ID, request type, dates, status, owner and outcome category; restrict identity/detail fields to the case record if not needed in the tracker.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Privacy incident management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Keep detailed affected-PII analysis and individual information in restricted records; management reporting should use the minimum necessary detail.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Supplier privacy review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Retain due diligence, contract requirements and remediation evidence with access appropriate to commercial/privacy sensitivity.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Management review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Use trends, material issues and decision-ready summaries rather than raw PII.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Audit sampling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Record sufficient sample references to demonstrate evidence without unnecessarily reproducing sensitive data.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Illustrative Control Examples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Situation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Good Control Choice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Owner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Evidence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notice changed after a new analytics purpose.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Update notice version, processing inventory and change approval together.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Operations Lead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notice + change record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Legacy spreadsheet contains request cases.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Restrict access, assign owner, migrate to controlled repository and remove obsolete copies.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Request Operations Lead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Migration / access review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Processor contract amended.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Link contract change to supplier register and processing inventory review.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Procurement / Privacy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Contract + review evidence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found overdue PIA action.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Track action owner/due date and retain effectiveness evidence before closure.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Project Privacy Lead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Action tracker + verification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Record reaches approved disposal trigger.</w:t>
            </w:r>
          </w:p>
        </w:tc>
        <w:tc>
          <w:tcPr>
            <w:tcW w:type="dxa" w:w="345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Check active hold, authorize disposal and retain evidence if required.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Record Owner</w:t>
            </w:r>
          </w:p>
        </w:tc>
        <w:tc>
          <w:tcPr>
            <w:tcW w:type="dxa" w:w="119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Disposal approval / log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Common Failure Modes to Avoid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Multiple uncontrolled copies with no authoritative master.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Procedure says one thing while the processing inventory, privacy notice or system behavior shows another.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Retention periods copied from another organization or jurisdiction without verification.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Documents updated after an incident but affected staff are not informed.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Sensitive incident/request details copied into broad-access trackers.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Obsolete forms remain available and continue generating inconsistent records.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Reference</w:t>
            </w:r>
          </w:p>
        </w:tc>
        <w:tc>
          <w:tcPr>
            <w:tcW w:type="dxa" w:w="43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Use in this document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ISO/IEC 27701:2025</w:t>
            </w:r>
          </w:p>
        </w:tc>
        <w:tc>
          <w:tcPr>
            <w:tcW w:type="dxa" w:w="43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Privacy information management systems — requirements and guidance. Current published Edition 2; may be implemented as a standalone PIMS or integrated with other management systems.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https://committee.iso.org/standard/27701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ISO/IEC 27001:2022</w:t>
            </w:r>
          </w:p>
        </w:tc>
        <w:tc>
          <w:tcPr>
            <w:tcW w:type="dxa" w:w="43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Information security management systems — requirements. Relevant when privacy management is integrated with an ISMS.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https://committee.iso.org/standard/27001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privacy obligations</w:t>
            </w:r>
          </w:p>
        </w:tc>
        <w:tc>
          <w:tcPr>
            <w:tcW w:type="dxa" w:w="43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Verified laws, regulations, regulator guidance, contracts, customer commitments and sector requirements applicable to the organization.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[AUTHORITATIVE EXTERNAL SOURCES / LEGAL REGISTER]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PIMS repository</w:t>
            </w:r>
          </w:p>
        </w:tc>
        <w:tc>
          <w:tcPr>
            <w:tcW w:type="dxa" w:w="43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Controlled policies, processing inventory, risk assessments, privacy notices, requests, supplier records, incidents, monitoring, audit and management-review evidence.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[INTERNAL CONTROLLED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Privacy / PIMS Manager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 / Authorized Approver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Documented Information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PIMS-GOV-004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