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SERVICE GAP ANALYSIS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18295-1:2017 / ISO 18295-2:2017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Service Management / Quality Lead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Senior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a practical method for assessing the current customer contact centre service framework against approved ISO 18295 criteria and internal service requirements, then converting evidence-based gaps into an accountable improvement plan.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Use a licensed copy of ISO 18295-1:2017 and ISO 18295-2:2017, where applicable, for final conformity decisions. This guidance intentionally paraphrases service themes and does not reproduce the standards.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When to Use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Initial implementation or re-baselining of a customer contact centre service framework.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Pre-assurance or pre-certification readiness review where third-party assurance is planned.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New channel, outsourcing arrangement, client transition, technology platform or operating-model change.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Material customer-experience deterioration, recurring complaint pattern or repeated quality failure.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Periodic reassessment after service controls have operated and improvement evidence is available.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Assessment Roles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Key Responsibilities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Assessment Sponsor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Authorize scope, provide access to functions and resolve material barriers.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Assessment Lead / Quality Lead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criteria, plan evidence, conduct interviews, consolidate ratings and report themes.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Service / Process Owners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evidence, explain operating practice, validate factual accuracy and own actions.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Client / Contract Owner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applicable client requirements, SLA evidence and governance records where relevant.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Independent Reviewer / Internal Audit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Challenge evidence or conclusions where additional objectivity is required.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Prepare the Assessment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Define the assessed service, channels, sites, teams, suppliers, period and organizational interfaces.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Confirm whether Part 2 applies because the organization uses an in-house or outsourced contact centre service as a client.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Build a practical criterion set covering governance, customer access, interaction handling, workforce, competence, quality, knowledge, metrics, complaints, technology, privacy/confidentiality, suppliers and improvement.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Identify evidence sources and select samples based on customer/service risk, volume, recent change and known weak trends.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Agree the rating scale and gap-priority logic before assessment fieldwork begins.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Evidence-Based Assessment Method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Step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Assessment Activity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Output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1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Read the criterion and identify the service outcome or control expected.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Assessment focus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2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approved procedures, service requirements, KPI definitions and other relevant controlled information.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Design evidence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3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Sample actual records, interactions, QA results, complaints, workforce data, training, technology or supplier evidence.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Operating evidence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4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Interview responsible roles and reconcile differences between stated and observed practice.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Corroborated current state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5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Write the demonstrated gap and customer/service impact without speculation.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Gap statement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6</w:t>
            </w:r>
          </w:p>
        </w:tc>
        <w:tc>
          <w:tcPr>
            <w:tcW w:type="dxa" w:w="595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Assign priority and a practical action with accountable ownership and verification evidence.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Action plan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Suggested Rating Scale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Rating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Use When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Minimum Evidence Expectation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Conforming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The required service control is defined and evidence shows it is operating effectively for the assessed scope.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Current design evidence plus representative operating evidence.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Partially Conforming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 control exists but coverage, consistency, evidence or effectiveness is incomplete.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identifies the specific limitation.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Nonconforming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The expected control/outcome is absent or materially ineffective for the assessed scope.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 evidence clearly demonstrates the gap.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Not Assessed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Assessment work has not yet provided enough evidence to conclude.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Record the outstanding evidence/action.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N/A</w:t>
            </w:r>
          </w:p>
        </w:tc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The criterion does not apply to the confirmed scope and the rationale is documented.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applicability rationale.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Write Useful Gap Statements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 useful gap statement identifies the expected control, the evidence reviewed, the observed difference and the service/customer consequence or risk. Avoid labels such as "poor process" without factual support.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Theme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Current State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Gap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Priority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Knowledge ownership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Partially Conforming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Lower-volume legacy articles do not consistently show an accountable owner or review date, increasing the risk of obsolete guidance remaining available.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Quality calibration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Partially Conforming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Calibration occurs monthly, but evaluator variance is not trended or linked to action thresholds.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KPI definitions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Nonconforming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Several management-report exclusions are applied operationally but are not documented in the approved metric definitions.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Complaint escalation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Conforming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Sampled priority complaints were escalated, investigated and closed using the approved process.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Low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governance</w:t>
            </w:r>
          </w:p>
        </w:tc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Partially Conforming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 critical outsourced queue has SLA reporting, but recurring issue escalation and corrective-action verification are not consistently evidenced.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Prioritize Gaps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High: material customer impact, significant service commitment failure, sensitive-data exposure, systemic control failure or issue requiring prompt management attention.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Medium: control weakness that can affect consistency, trend reliability or repeat service failures but has workable interim control.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Low: limited improvement or documentation weakness with low immediate customer/service impact.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Priority labels are a toolkit method, not ISO 18295 scoring requirements. Align final priority and escalation thresholds with the organization’s approved risk and service-governance methodology.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Convert Gaps into Actions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Define the action in terms of the control or outcome to be changed, not only the document to be written.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Assign one accountable owner, due date and evidence of completion.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 systemic or high-impact gaps, define effectiveness verification after a suitable operating period.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Track dependencies such as technology changes, client approval, workforce capacity or supplier commitments.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Escalate overdue material gaps through the service-management review process.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Reporting and Reassessment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Summarize major themes, evidence limitations, high-priority gaps, dependencies and decisions required. Reassess closed material gaps using fresh evidence so the organization can demonstrate that the improvement changed service performance or control reliability in practice.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18295-1:2017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customer contact centres; applicable to in-house and outsourced contact centres across interaction channels.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https://www.iso.org/standard/64739.html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18295-2:2017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organizations using customer contact centre services; relevant to client/service-provider arrangements.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https://www.iso.org/standard/64740.html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1;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https://www.iso.org/standard/94393.html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18295-2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2;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https://www.iso.org/standard/94394.html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service documentation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service scope, client requirements, scripts/knowledge, QA records, workforce records, complaints, KPI and review records.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Service Management / Quality Lead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Senior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Service Gap Analysis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CCC-GOV-002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