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SERVICE AUDIT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18295-1:2017 / ISO 18295-2:2017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Service Audit / Quality Lead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Service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planning, conducting, reporting and following up customer contact centre service audits so conclusions are evidence-based, customer-focused and useful for management decisions.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Audit Principles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Customer outcome focus: test whether service arrangements support consistent, accurate and accessible interactions, not merely whether procedures exist.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Risk-based sampling: direct audit effort to high-volume/high-risk channels, customer-impacting failures, complaint themes, data/privacy risks and weak performance trends.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Evidence-based conclusions: corroborate procedures, interaction samples, KPI data, quality records, interviews and observation.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Confidentiality: protect customer information, recordings, transcripts, client information and employee performance records.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Fair reporting: distinguish verified nonconformity, opportunity for improvement, data limitation and unresolved evidence request.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Improvement orientation: findings should help the service improve accuracy, responsiveness, quality, customer experience and control reliability.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Access to call recordings, transcripts, chat logs or customer records must follow approved privacy, confidentiality, consent/notice and access rules. Do not copy personal information into audit working papers unless necessary and authorized.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Audit Planning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Planning Element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Practical Guidance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the assurance question, e.g., whether quality monitoring and coaching controls are operating consistently across selected channels.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service, channels, sites, shifts, suppliers, client interfaces, period and exclusions.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Criteria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approved ISO 18295 criteria, service standards, client requirements, SLAs and internal procedures.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Sampling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Select samples based on volume, risk, complaints, repeat contacts, service failures, changes and unusual results.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Team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auditors competent in service operations, audit methods, evidence evaluation and relevant confidentiality controls.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Service Audit Coverage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Audit Area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Typical Audit Focus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Governance and scope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Accountability, service model, channel coverage, client/business-owner requirements.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Customer access and information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Availability, accessibility, published contact information, routing and transfers.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Interaction quality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Accuracy, professionalism, clarity, identification/authentication and closure.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Knowledge management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 content, ownership, approvals, searchability and agent use.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Workforce management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Forecasting, staffing, scheduling, shrinkage assumptions and capacity response.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Competence and coaching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Induction, role competence, refresher training, coaching and evidence.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Quality assurance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Sampling, evaluation criteria, evaluator competence, calibration and action follow-up.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Performance management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KPI definitions, source data, reconciliations, targets, trends and reporting.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Feedback / complaints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Complaint identification, escalation, investigation, communication and improvement.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/ confidentiality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Authorized access, interaction recording, customer information and retention controls.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Technology / continuity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System availability, outage response, alternate arrangements and dependency control.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Outsourcing / suppliers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Service-provider requirements, performance oversight, issues and escalation.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Interaction and Data Sampling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a defensible sample that reflects channel, contact type, team/shift, risk and complaint patterns.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Avoid selecting only best-performing interactions or only known failures unless the audit objective explicitly requires targeted testing.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For each sampled interaction, retain only the evidence needed to support the audit conclusion and protect customer identity.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Reperform KPI calculations on a sample where metric definitions, exclusions or system transformations are material to the conclusion.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Compare quality scoring with calibration evidence to determine whether the monitoring process is sufficiently consistent.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Finding Classification and Writing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Use the organization’s approved audit taxonomy. A clear finding normally contains the criterion, objective evidence, the demonstrated gap, customer/service risk and required follow-up. Avoid unsupported statements about intent or legal liability.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Data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Situation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Result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Why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EX-SVC-01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Current knowledge article has owner, approval and review evidence; sample interactions use the approved guidance.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Conforming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Evidence supports both document control and operational use.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EX-SVC-02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Monthly QA calibration is performed, but evaluator variance is not trended.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OFI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Control exists and operates; trend analysis would improve reliability.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EX-SVC-03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Several KPI exclusions used in management reporting are not documented in approved metric definitions.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Minor / Major per organization taxonomy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Classification depends on breadth, risk and effect on management decisions.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EX-SVC-04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Priority complaints are consistently escalated and closure evidence is retained.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Conforming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Sample demonstrates the approved control is operating.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EX-SVC-05</w:t>
            </w:r>
          </w:p>
        </w:tc>
        <w:tc>
          <w:tcPr>
            <w:tcW w:type="dxa" w:w="413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One interaction record is unavailable because the approved retention period has elapsed.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Further judgement required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Do not classify a finding without considering approved retention rules and the audit period.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Closing and Reporting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Confirm factual understanding before finalizing findings.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data-quality limitations from service-control failures.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Escalate material customer or confidentiality risks promptly instead of waiting for the final report.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Report systemic themes and positive practices, not only individual exceptions.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Assign corrective actions with evidence and effectiveness checks where the issue is material or recurring.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Follow-Up and Closure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Verify implementation evidence before closing actions. For systemic issues, use a suitable post-implementation sample or trend review to confirm effectiveness. Re-open or escalate actions where evidence is insufficient or customer/service risk remains material.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18295-1:2017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customer contact centres; applicable to in-house and outsourced contact centres across interaction channels.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https://www.iso.org/standard/64739.html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18295-2:2017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organizations using customer contact centre services; relevant to client/service-provider arrangements.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https://www.iso.org/standard/64740.html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1;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https://www.iso.org/standard/94393.html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18295-2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2;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https://www.iso.org/standard/94394.html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service documentation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service scope, client requirements, scripts/knowledge, QA records, workforce records, complaints, KPI and review records.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Service Audit / Quality Lead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Service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Service Audit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CCC-GOV-001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