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DOCUMENTED INFORMATION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18295-1:2017 / ISO 18295-2:2017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Service Management / Document Control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Senior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practical guidance for designing and maintaining service-management documents and records that are clear for front-line use, traceable for assurance and proportionate to customer, client and operational risk.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Document Design Principles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Write for the user performing the service activity; put the required action/control before background explanation.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role names rather than personal names where possible so documents remain usable after staff changes.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tables and checklists for repeatable service steps, escalation criteria and evidence capture.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Control customer-facing statements, scripts and knowledge that may create service, legal or contractual commitments.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Keep KPI definitions separate from dashboard presentation so calculations remain stable and auditable.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[Note] only for high-value cautions, placeholders, privacy/retention reminders or critical usage assumptions.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Recommended Document Families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Document Family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Examples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Primary Use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Governance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Policy, service charter, roles, service/client requirements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Direction, accountability and service commitments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Operational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Procedures, work instructions, scripts, escalation guides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Consistent interaction handling and support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Knowledge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Knowledge articles, FAQs, product/service information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Accurate answers and agent support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Quality / Training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QA forms, calibration records, coaching records, competence records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Service quality and personnel capability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Performance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KPI catalogue, dashboards, workforce reports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Decision-making and performance control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Customer / Complaint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Feedback, complaints, escalation and resolution records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Customer experience and improvement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Assurance</w:t>
            </w:r>
          </w:p>
        </w:tc>
        <w:tc>
          <w:tcPr>
            <w:tcW w:type="dxa" w:w="351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reports, management review minutes, action trackers</w:t>
            </w:r>
          </w:p>
        </w:tc>
        <w:tc>
          <w:tcPr>
            <w:tcW w:type="dxa" w:w="374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Evidence of review, control and improvement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Scripts and Knowledge Articles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clear customer language and avoid internal jargon in customer-facing wording.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State mandatory wording only where the organization has approved a genuine legal, contractual or service need.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Maintain owner, approval status, effective date and review trigger for high-impact content.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Link related articles instead of duplicating the same critical information in multiple places.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urgent publication controls for time-sensitive corrections and record who authorized the change.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Evidence Quality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Useful service records should be attributable, linked to a service period or interaction where appropriate, complete enough to support the decision, protected from inappropriate alteration and retrievable for the required retention period.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Do not set generic recording/transcript retention periods in this guidance. Determine retention and disclosure requirements from applicable law, regulation, contract, client instructions and approved privacy/security rules.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Illustrative Document-Control Examples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Illustrative Data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Document / Record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Good Practice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Common Failure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EX-DOC-01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Customer-service knowledge article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Named role owner, approved content, review trigger and searchable keywords.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Legacy content remains available after a product/service change.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EX-DOC-02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Quality evaluation record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Interaction reference, evaluator, criteria, score/result and action are traceable.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Score is retained without evidence of the interaction or criteria used.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EX-DOC-03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KPI definition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Source, formula, exclusions, frequency, owner and target logic are documented.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Dashboard uses undocumented exclusions that change month to month.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EX-DOC-04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Complaint record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Issue, owner, customer communication, escalation and closure evidence are clear.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Complaint is closed with no record of customer outcome or action.</w:t>
            </w:r>
          </w:p>
        </w:tc>
      </w:tr>
      <w:tr>
        <w:trPr>
          <w:cantSplit/>
        </w:trPr>
        <w:tc>
          <w:tcPr>
            <w:tcW w:type="dxa" w:w="147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EX-DOC-05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Service management review minutes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Inputs, decisions, actions, owners and deadlines are recorded.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Minutes only state that performance was “reviewed” without decisions.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Review Triggers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Customer complaint trend or material service failure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Client or contractual requirement change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Product/service or campaign change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Technology/platform or routing change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KPI definition or target change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Audit/quality finding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Legal/privacy/security requirement change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Exercise, outage or continuity lesson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Periodic Review Checklist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 the content still used and accurate?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Does it match current service channels and client requirements?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Are roles, links, screenshots and references current?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Are privacy, access and retention controls appropriate?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Are obsolete versions removed from front-line access?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 evidence available that material changes were communicated or trained?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Reference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Use in this document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 18295-1:2017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Requirements for customer contact centres; applicable to in-house and outsourced contact centres across interaction channels.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https://www.iso.org/standard/64739.html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 18295-2:2017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Requirements for organizations using customer contact centre services; relevant to client/service-provider arrangements.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https://www.iso.org/standard/64740.html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ISO/AWI 18295-1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Revision project for Part 1; monitor for future replacement of the 2017 edition.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https://www.iso.org/standard/94393.html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ISO/AWI 18295-2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Revision project for Part 2; monitor for future replacement of the 2017 edition.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https://www.iso.org/standard/94394.html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Organization service documentation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Approved service scope, client requirements, scripts/knowledge, QA records, workforce records, complaints, KPI and review records.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[INTERNAL SOURCE /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Service Management / Document Control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Senior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Documented Information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CCC-GOV-002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