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INTERNAL COMPLIANCE AUDIT PROCEDURE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37301:2021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Head of Internal Audit / Compliance Assurance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 / Audit Committee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Define a consistent, risk-based method for planning, conducting, reporting and following up internal audits of the compliance management system (CMS).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Scope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Applies to internal CMS audits across the approved CMS scope, including governance, compliance obligations, risk management, operational controls, third-party/supplier controls, reporting/investigations, monitoring, management review and improvement.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Internal CMS audit does not replace legal advice, investigations or jurisdiction-specific compliance evaluations. Potential legal noncompliance identified during an audit must be handled through the organization’s approved escalation and legal/compliance review processes.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Responsibility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 / Audit Committee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Approve or oversee the audit programme as applicable; receive material results; support independence and resources.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Programme Owner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Maintain risk-based programme, scope, auditor assignment, reporting and follow-up.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Auditor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Plan the engagement, perform/coordinate fieldwork, evaluate evidence, agree factual accuracy and issue the report.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Team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Perform assigned testing objectively and maintain evidence sufficient to support conclusions.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Audited Function / Control Owner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Provide evidence, clarify processes, respond to findings and implement agreed actions.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Compliance Function</w:t>
            </w:r>
          </w:p>
        </w:tc>
        <w:tc>
          <w:tcPr>
            <w:tcW w:type="dxa" w:w="674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Provide CMS expertise and records while preserving auditor objectivity for areas it operates.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Procedure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Step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Responsible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Activity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Output / Record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Programme Owner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Establish / refresh the audit universe and programme using compliance risk, significant changes, prior findings, concerns/investigations, monitoring results and management requests.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audit programme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2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Lead Auditor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Define engagement objective, scope, criteria, timing, locations/processes, sampling approach and required competence. Confirm conflicts and independence.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plan / notification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3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Lead Auditor / Team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Review relevant context, obligations, risk assessments, controls, prior results, case trends and management information before fieldwork.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Prepared work programme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4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Team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Conduct interviews, walkthroughs, record review and risk-based sampling. Triangulate evidence and retain traceable working papers.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evidence / working papers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5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Lead Auditor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Evaluate evidence against criteria and classify results. Findings must state criterion, objective evidence and demonstrated gap.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Draft findings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6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Lead Auditor / Management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Discuss factual accuracy, immediate risk, containment needs and proposed actions. Do not negotiate away supported findings.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Validated facts / response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7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Lead Auditor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Issue an audit report that summarizes scope, methods, results, material themes and required actions.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Final audit report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8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Action Owners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Implement agreed actions by due dates and submit evidence. Escalate barriers or requested extensions through approved channels.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Implementation evidence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9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Programme Owner / Qualified Reviewer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Verify closure and, for material/systemic findings, effectiveness after a suitable operating period or sample.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Closure / effectiveness record</w:t>
            </w:r>
          </w:p>
        </w:tc>
      </w:tr>
      <w:tr>
        <w:trPr>
          <w:cantSplit/>
        </w:trPr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10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Audit Programme Owner</w:t>
            </w:r>
          </w:p>
        </w:tc>
        <w:tc>
          <w:tcPr>
            <w:tcW w:type="dxa" w:w="48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Use results to update the audit programme, CMS risk view and management/governance reporting.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Programme / risk updates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Finding Classification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Classification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Use When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Conforming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Sampled evidence demonstrates the criterion is implemented as expected.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Opportunity for Improvement (OFI)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No nonconformity is demonstrated, but a practical improvement could strengthen consistency, efficiency or evidence.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Minor Nonconformity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 localized or limited failure against a CMS criterion that does not indicate a systemic breakdown.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Major Nonconformity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 systemic or significant failure, absence of a required CMS process/control, or combination of issues indicating substantial breakdown.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Sampling and Evidence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risk-based samples large enough to support the engagement objective; document the basis for significant sampling decisions.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Prefer source records, system evidence, approvals, transaction/control evidence and direct observation over unsupported statements.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Distinguish audit evidence from allegation, assumption or unverified external information.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Protect confidential, personal, privileged and investigation-sensitive information according to applicable controls.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Escalation and Immediate Action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Where evidence indicates a potentially serious compliance breach, retaliation risk, obstruction, fraud, safety/environmental emergency, sanctions/trade issue or other material exposure, the lead auditor must follow approved escalation channels promptly rather than waiting for final report issuance.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Records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programme and engagement plan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Conflict / independence confirmation as applicable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Working papers and evidence 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report and management responses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Corrective-action and closure/effectiveness records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Related Documents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Internal Compliance Audit Checklist.xlsx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Compliance Audit Results - Automated Charts.xlsx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Internal Compliance Audit Report.docx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Corrective-action / improvement tracker and management-review records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Head of Internal Audit / Compliance Assurance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 / Audit Committee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Internal Compliance Audit Procedure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CMS-PRO-001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