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COMPLIANCE GAP ANALYSIS ACTION PLAN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37301:2021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Compliance Manager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first 5 action rows are Illustrative Data only. Replace or delete them before controlled use. Jurisdiction-specific obligations must be verified from authoritative sources.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Convert confirmed CMS gap-analysis findings into accountable, time-bound remediation actions and retain evidence showing implementation and, where appropriate, effectiveness verification.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Use and Governance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Create an action only after the underlying gap and evidence are sufficiently clear.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Assign one accountable owner, a realistic due date and a measurable deliverable.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Escalate overdue or high-risk actions according to the organization’s approved governance thresholds.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Close material actions only when required implementation and effectiveness evidence is available.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Gap Remediation Action Plan</w:t>
      </w:r>
    </w:p>
    <w:tbl>
      <w:tblPr>
        <w:tblW w:type="auto" w:w="0"/>
        <w:jc w:val="center"/>
        <w:tblLayout w:type="fixed"/>
        <w:tblLook w:val="04A0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>
          <w:tblHeader w:val="true"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Data Type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Action ID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Gap / Theme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Gap Summary</w:t>
            </w:r>
          </w:p>
        </w:tc>
        <w:tc>
          <w:tcPr>
            <w:tcW w:type="dxa" w:w="7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Priority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Corrective / Improvement Action</w:t>
            </w:r>
          </w:p>
        </w:tc>
        <w:tc>
          <w:tcPr>
            <w:tcW w:type="dxa" w:w="175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Owner / Due 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Status / Verification Evidence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EX-CMS-ACT-001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CMS-GA-014 / Planning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Sampled obligation families do not have assigned authoritative-source update ownership.</w:t>
            </w:r>
          </w:p>
        </w:tc>
        <w:tc>
          <w:tcPr>
            <w:tcW w:type="dxa" w:w="7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Assign approved sources, update cadence and owners; revalidate priority obligations.</w:t>
            </w:r>
          </w:p>
        </w:tc>
        <w:tc>
          <w:tcPr>
            <w:tcW w:type="dxa" w:w="175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Legal / Compliance Manager | 2026-09-30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Open | Updated obligations register; source-owner sign-off; sample recheck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EX-CMS-ACT-002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CMS-GA-027 / Operation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Enhanced due diligence triggers are not consistently applied to higher-risk intermediaries.</w:t>
            </w:r>
          </w:p>
        </w:tc>
        <w:tc>
          <w:tcPr>
            <w:tcW w:type="dxa" w:w="7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Define risk triggers, required enhanced checks and approval evidence for all relevant third-party categories.</w:t>
            </w:r>
          </w:p>
        </w:tc>
        <w:tc>
          <w:tcPr>
            <w:tcW w:type="dxa" w:w="175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Third-Party Risk Manager | 2026-11-15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 Progress | Revised due diligence standard; completed sample files; reviewer approval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EX-CMS-ACT-003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CMS-GA-036 / Performance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Compliance conclusions are recorded without a defined evidence standard for sampled obligations.</w:t>
            </w:r>
          </w:p>
        </w:tc>
        <w:tc>
          <w:tcPr>
            <w:tcW w:type="dxa" w:w="7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 a compliance-evaluation method and complete evidence-based reviews of priority obligations.</w:t>
            </w:r>
          </w:p>
        </w:tc>
        <w:tc>
          <w:tcPr>
            <w:tcW w:type="dxa" w:w="175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Compliance Assurance Lead | 2026-10-31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Open | Approved method; evaluation records; independent verification sample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EX-CMS-ACT-004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CMS-GA-002 / Context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Climate-change relevance has not yet been documented in the CMS context review.</w:t>
            </w:r>
          </w:p>
        </w:tc>
        <w:tc>
          <w:tcPr>
            <w:tcW w:type="dxa" w:w="7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Medium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Add climate-relevance analysis to context and interested-party review, with management conclusion.</w:t>
            </w:r>
          </w:p>
        </w:tc>
        <w:tc>
          <w:tcPr>
            <w:tcW w:type="dxa" w:w="175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Compliance Manager | 2026-10-20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 Progress | Updated context review; management-review evidence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EX-CMS-ACT-005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CMS-GA-020 / Support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Role-based training matrix requires a clearer refresh trigger for personnel changing compliance-sensitive roles.</w:t>
            </w:r>
          </w:p>
        </w:tc>
        <w:tc>
          <w:tcPr>
            <w:tcW w:type="dxa" w:w="7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Low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Add role-change trigger and evidence field to the competence process.</w:t>
            </w:r>
          </w:p>
        </w:tc>
        <w:tc>
          <w:tcPr>
            <w:tcW w:type="dxa" w:w="175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HR &amp; Compliance Lead | 2026-12-15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Closed | Updated training matrix; one completed role-change sample; closure approval</w:t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7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75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7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75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7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75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7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75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9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7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175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Closure Criteria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Action deliverable is complete and approved by the accountable owner or designated reviewer.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Required evidence is traceable to the action and does not rely only on verbal confirmation.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For high-risk or systemic gaps, effectiveness is verified after a suitable operating period or sample.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Residual compliance risk, dependencies or accepted limitations are documented and approved where applicable.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A completed document alone is not evidence that a compliance control is operating effectively. Verify implementation in practice where the action is intended to change control performance.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Related Records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Compliance Gap Analysis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Compliance obligations register and compliance risk assessment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Corrective-action evidence and effectiveness verification records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Management review / compliance committee decisions where escalation is required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Compliance Manager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Compliance Gap Analysis Action Plan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CMS-PLN-001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