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INTERNAL BUSINESS CONTINUITY AUDIT REPORT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22301:2019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Internal BCMS Audit Report Template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Lead Business Continuity Auditor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Head of Internal Audit / BCMS Assurance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5 sample findings in this template are Illustrative Data only. They do not represent actual disruptions, audit failures or organizational conditions. Replace or delete them before controlled use.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Audit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Reference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[AUDIT REF]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Date(s)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 / PERIOD]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Area / Process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[AREA]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 Auditor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Team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[NAMES / ROLES]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Management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Objective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[OBJECTIVE]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Scope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[SCOPE]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Criteria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22301:2019 + Amd 1:2024 + internal BCMS criteria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Report Date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Executive Summary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Overall conclusion: [SUMMARIZE WHETHER THE AUDITED BCMS AREA IS SUITABLE, IMPLEMENTED AND EFFECTIVE FOR THE SCOPE SAMPLED, INCLUDING MATERIAL LIMITATIONS AND CAPABILITY UNCERTAINTIES].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5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Result category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Count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Major NC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Minor NC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OFI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Conforming observations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 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Scope, Criteria and Sampling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Document the boundaries, locations, functions, products/services, continuity processes, plans, exercises and records sampled. Identify material exclusions or evidence limitations that could affect the conclusion.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Positive Practices / Strengths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[RECORD EFFECTIVE PRACTICES THAT ARE SUPPORTED BY OBJECTIVE EVIDENCE AND ARE RELEVANT TO THE AUDIT OBJECTIVE].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Findings and Required Actions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Finding ID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Criterion / Theme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Result / Risk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Finding / Evidence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Required Action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 / Due Date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EX-BCMS-AUD-001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 / BIA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NC | High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 sampled business unit uses impact time bands that differ from the approved BIA method, and owner approval is not evident. Evidence: illustrative BIA sample.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Revalidate BIA using approved criteria and obtain accountable owner approval.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Business Continuity Manager / 2026-10-31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EX-BCMS-AUD-002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 / Strategy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OFI | Medium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Alternate workspace capacity is documented but the latest staffing assumption is older than the current organizational structure. Evidence: illustrative strategy record.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Refresh capacity assumptions and align them with current staffing and prioritized activities.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Facilities Resilience Lead / 2026-11-15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EX-BCMS-AUD-003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 / Plans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 | Low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Sampled continuity plan includes activation, escalation, resource actions and current call-tree ownership. Evidence: illustrative plan review.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review cycle and exercise coverage.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Plan Owner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 Action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EX-BCMS-AUD-004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 / Exercise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Major NC | High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exercise programme has not tested recovery of a prioritized service after loss of its primary technology platform, despite that dependency being rated critical. Evidence: illustrative exercise schedule and BIA dependency data.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Plan and conduct a scenario that validates end-to-end recovery and capture corrective actions.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Coordinator / 2026-09-30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EX-BCMS-AUD-005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10 / Corrective action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NC | Medium</w:t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Two prior exercise actions were marked closed without retained effectiveness-verification evidence. Evidence: illustrative action tracker.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Define closure verification criteria and re-check the sampled actions.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BCMS Assurance Lead / 2026-10-15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0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Management Response and Action Plan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For each finding, management should record whether the finding is accepted, the corrective/improvement action, accountable owner, due date and required evidence. Disagreement with a finding should be supported by objective evidence and escalated through the audit governance process if unresolved.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Overall Audit Conclusion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[DOCUMENT CONCLUSION FOR THE SCOPE SAMPLED, INCLUDING SYSTEMIC THEMES, CAPABILITY LIMITATIONS, REPEAT ISSUES AND WHETHER FOLLOW-UP / RE-TESTING IS REQUIRED].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Distribution and Record Control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Recipient / Role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Distribution / Access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Management / BCMS Governance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Owner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Function Management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Audit / Assurance Repository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Controlled master record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Business Continuity Auditor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Head of Internal Audit / BCMS Assurance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Business Continuity Audit Report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BCMS-AUD-001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