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INTERNAL BUSINESS CONTINUITY AUDIT PROCEDURE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22301:2019 + Amd 1:2024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Lead Business Continuity Auditor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Head of Internal Audit / BCMS Assurance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Define a consistent, risk-based process for planning, conducting, reporting and following up internal BCMS audits that evaluate conformity, implementation and effectiveness.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Scope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Applies to internal audits of the BCMS, including governance, BIA, disruption risk assessment, continuity strategies/solutions, plans/procedures, exercise programme, support processes, performance evaluation and improvement within the approved audit scope.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Internal audit should not be used as the first real test of a critical continuity plan. Capability should also be exercised or otherwise evaluated through the BCMS operating process.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Responsibilities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Role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Responsibility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Programme Owner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Maintain risk-based audit programme, resources, independence and follow-up oversight.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Lead Auditor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Plan scope/criteria/sampling, conduct audit, control evidence, classify findings and issue report.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Team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Collect objective evidence, maintain confidentiality and document evidence-based conclusions.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Audited Management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Provide access/evidence, respond to findings and implement approved actions.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BCMS Owner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Support access and system context without directing audit conclusions; monitor systemic actions.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Audit Programme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The audit programme considers BCMS importance, prioritized activities, significant changes, dependency risk, exercise/incident results, prior findings, overdue actions and management concerns. High-impact or weak-control areas may require more frequent or deeper audit coverage.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Audit Procedure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Step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Activity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Responsible</w:t>
            </w:r>
          </w:p>
        </w:tc>
        <w:tc>
          <w:tcPr>
            <w:tcW w:type="dxa" w:w="37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Control requirement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Output / Record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Define audit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Programme Owner / Lead Auditor</w:t>
            </w:r>
          </w:p>
        </w:tc>
        <w:tc>
          <w:tcPr>
            <w:tcW w:type="dxa" w:w="37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Confirm objective, scope, criteria, timing, independence and competence.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Approved audit assignment / plan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Prepare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Lead Auditor</w:t>
            </w:r>
          </w:p>
        </w:tc>
        <w:tc>
          <w:tcPr>
            <w:tcW w:type="dxa" w:w="37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Review BCMS scope, BIA/risk/strategy/plan evidence, previous findings, exercises and management-review outputs; design sampling.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plan / checklist / samples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3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Open audit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Lead Auditor</w:t>
            </w:r>
          </w:p>
        </w:tc>
        <w:tc>
          <w:tcPr>
            <w:tcW w:type="dxa" w:w="37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Confirm scope, logistics, evidence access, confidentiality, interfaces and escalation route.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Opening record / confirmed plan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4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Collect evidence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Team</w:t>
            </w:r>
          </w:p>
        </w:tc>
        <w:tc>
          <w:tcPr>
            <w:tcW w:type="dxa" w:w="37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Interview, observe and sample records; trace recovery priorities to strategies/plans/evidence; validate actual practice.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Working papers / evidence notes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5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Evaluate evidence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Lead Auditor</w:t>
            </w:r>
          </w:p>
        </w:tc>
        <w:tc>
          <w:tcPr>
            <w:tcW w:type="dxa" w:w="37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Compare evidence to audit criteria; distinguish conformity, OFI and nonconformity.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Draft findings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6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Escalate material concern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Lead Auditor</w:t>
            </w:r>
          </w:p>
        </w:tc>
        <w:tc>
          <w:tcPr>
            <w:tcW w:type="dxa" w:w="37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Promptly escalate evidence of an immediate continuity exposure or serious governance weakness through the approved route.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Escalation record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7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Close audit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Lead Auditor</w:t>
            </w:r>
          </w:p>
        </w:tc>
        <w:tc>
          <w:tcPr>
            <w:tcW w:type="dxa" w:w="37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Present evidence-based conclusions, clarify facts and explain follow-up expectations without negotiating away valid findings.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Closing record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8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Issue report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Lead Auditor</w:t>
            </w:r>
          </w:p>
        </w:tc>
        <w:tc>
          <w:tcPr>
            <w:tcW w:type="dxa" w:w="37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Issue controlled report with scope, evidence basis, findings, conclusion, limitations and required actions.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report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9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Correct and improve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Audited Management</w:t>
            </w:r>
          </w:p>
        </w:tc>
        <w:tc>
          <w:tcPr>
            <w:tcW w:type="dxa" w:w="37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Contain/correct where needed, identify cause, define action, owner and due date.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Corrective-action plan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10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Verify / close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/ Assurance Owner</w:t>
            </w:r>
          </w:p>
        </w:tc>
        <w:tc>
          <w:tcPr>
            <w:tcW w:type="dxa" w:w="37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Verify implementation/effectiveness as appropriate; close or escalate overdue/ineffective actions.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Closure / verification record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Sampling Guidance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Select samples based on continuity risk, change, criticality and evidence quality rather than convenience alone.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Trace at least some samples end-to-end: product/service -&gt; prioritized activity -&gt; BIA -&gt; dependency -&gt; strategy -&gt; plan -&gt; exercise/evaluation -&gt; action.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Sample both current records and evidence from actual changes/exercises/incidents where available.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For critical external dependencies, test whether supplier/technology evidence supports approved recovery assumptions.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Finding Classification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Classification</w:t>
            </w:r>
          </w:p>
        </w:tc>
        <w:tc>
          <w:tcPr>
            <w:tcW w:type="dxa" w:w="742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Use when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Major NC</w:t>
            </w:r>
          </w:p>
        </w:tc>
        <w:tc>
          <w:tcPr>
            <w:tcW w:type="dxa" w:w="742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 systemic or significant failure creates material doubt about BCMS conformity/capability, or multiple related weaknesses demonstrate a broad control failure.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Minor NC</w:t>
            </w:r>
          </w:p>
        </w:tc>
        <w:tc>
          <w:tcPr>
            <w:tcW w:type="dxa" w:w="742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 specific requirement or controlled process is not fulfilled, but the issue is limited and does not by itself indicate systemic failure.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OFI</w:t>
            </w:r>
          </w:p>
        </w:tc>
        <w:tc>
          <w:tcPr>
            <w:tcW w:type="dxa" w:w="742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Evidence meets criteria but a practical improvement could strengthen resilience, consistency or assurance.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Conforming</w:t>
            </w:r>
          </w:p>
        </w:tc>
        <w:tc>
          <w:tcPr>
            <w:tcW w:type="dxa" w:w="742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Sampled evidence supports the criterion for the scope tested.</w:t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Finding severity should be based on evidence, scope, systemic nature and continuity impact. Do not classify every outdated document as Major if effective controlled arrangements are otherwise demonstrated.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Required Records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audit programme and assignment;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audit plan / checklist;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working papers and sampled evidence references;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opening/closing records where used;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audit report;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management response and corrective-action records;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verification / closure evidence.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 — Security and resilience — Business continuity management systems — Requirements.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22301:2019/Amd 1:2024 — Climate action changes.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22313:2020 — Security and resilience — Business continuity management systems — Guidance on the use of ISO 22301.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Controlled organization-specific BCMS policies, BIA records, risk assessments, strategies, plans, exercise records, audit records and improvement actions.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Lead Business Continuity Auditor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Head of Internal Audit / BCMS Assurance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Internal Business Continuity Audit Procedure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BCMS-PRO-001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