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DOCUMENTED INFORMATION PROCEDURE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Business Continuity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Critical BCMS information must remain accessible during disruption. Identify essential offline / alternate-access copies where loss of the normal document repository could delay response or recovery.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Define how BCMS documented information is created, reviewed, approved, issued, accessed, changed, protected, retained and disposed so personnel can rely on current information before, during and after a disruption.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Scope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Applies to controlled BCMS policies, procedures, methodologies, business impact analysis (BIA) records, risk assessments, strategies, business continuity plans, exercise records, contact structures, monitoring/audit evidence, management-review records and external information that the organization determines must be controlled.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Responsibility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Management / Approver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 controlled BCMS documents where management authorization is required and support adequate protection / accessibility.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Business Continuity Manager / BCMS Owner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the BCMS document-control framework, document map, review cycle and continuity-access requirements.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Document Owner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Draft and maintain assigned information; verify accuracy after material change, exercise, incident or process change.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Records / Information Administrator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 controlled repositories, permissions, version status, retention and disposition controls where assigned.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Users / Plan Holders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current approved versions, protect controlled copies and report obsolete, inaccessible or inaccurate information.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Procedure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Step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Responsible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Activity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Output / Record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Identify the BCMS information required, intended users, sensitivity, operating / disruption access needs and evidence to retain.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 / record requirement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Create or update the information using the approved template, naming convention and practical content structure. Clearly identify owner, version and approval status where applicable.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Draft documented information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3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Reviewer / Subject-Matter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 for factual accuracy, alignment with current BIA / strategy / recovery arrangements, usability and interfaces with related plans.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Reviewed draft / comments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4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 the document at the level appropriate to risk, authority and intended use.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Approval record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5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Records / Information Administrator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Issue the approved version in the controlled repository, restrict editing where appropriate, archive / supersede the previous controlled version and communicate material changes.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Controlled current version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6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BCMS Owner / Document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Ensure intended users can access the information under normal operations and, for critical plans/contact information, under relevant disruption conditions.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Access / distribution evidence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7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Document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 and update after scheduled review dates and when material changes, exercises, incidents, BIA changes, technology/supplier changes or audit findings affect content.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Updated / reconfirmed document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8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Records / Information Administrator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Protect records for integrity, confidentiality, availability, retrieval and retention. Apply approved disposition after retention requirements are met.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Retained / disposed record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9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BCMS Owner</w:t>
            </w:r>
          </w:p>
        </w:tc>
        <w:tc>
          <w:tcPr>
            <w:tcW w:type="dxa" w:w="476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Periodically test access to critical BCMS information and include failures or gaps in corrective / improvement processes.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Access test / improvement record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Control Rules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Control Area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Minimum Rule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Identification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an approved title / code / version or another controlled identification method appropriate to the information type.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Version status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Only the approved current version is designated for operational use; superseded versions are clearly archived or marked.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Access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Access is provided to intended users while respecting confidentiality and need-to-know requirements.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Continuity access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Critical plans, call structures and key recovery information have suitable alternate-access arrangements for credible repository / network outages.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External information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External information needed for BCMS operation is identified, source-controlled and reviewed for currency where applicable.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Retention</w:t>
            </w:r>
          </w:p>
        </w:tc>
        <w:tc>
          <w:tcPr>
            <w:tcW w:type="dxa" w:w="69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Retention is based on approved legal, contractual, organizational and evidence needs; jurisdiction-specific requirements are verified before use.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print uncontrolled copies of critical plans without a defined owner, review method and replacement / withdrawal process. A stale emergency contact or obsolete recovery instruction can create operational risk during a disruption.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document map / register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Document approval and revision history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Distribution / access evidence where required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Archived / superseded versions as applicable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Record-retention / disposition evidence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Critical-information access test or repository-recovery evidence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Related Documents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Business Continuity Management Manual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Business Continuity Management System Guidance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Business Continuity Management Review Procedure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Internal Business Continuity Audit Procedure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continuity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Documented Information Procedure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BCMS-PRO-002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