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BUSINESS CONTINUITY MANAGEMENT SYSTEM GUIDANCE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22301:2019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Business Continuity Manager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Provide practical guidance for implementing, operating and improving a Business Continuity Management System (BCMS) that connects governance, BIA, risk assessment, strategies, plans, exercises, assurance and management decisions into one usable operating system.</w:t>
      </w: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ISO 22301:2019 is currently published with Amendment 1:2024 while a future revision is under development. Base controlled conformity decisions on the published edition adopted by the organization, not on draft text.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BCMS Operating Model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Stage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Primary Management Question</w:t>
            </w:r>
          </w:p>
        </w:tc>
        <w:tc>
          <w:tcPr>
            <w:tcW w:type="dxa" w:w="317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Core Evidence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Context &amp; Governance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What continuity outcomes are required and who is accountable?</w:t>
            </w:r>
          </w:p>
        </w:tc>
        <w:tc>
          <w:tcPr>
            <w:tcW w:type="dxa" w:w="317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Scope, context, interested parties, policy, roles, objectives.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Analysis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What would matter most during disruption and what can stop it?</w:t>
            </w:r>
          </w:p>
        </w:tc>
        <w:tc>
          <w:tcPr>
            <w:tcW w:type="dxa" w:w="317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BIA, disruption risk assessment, dependency analysis.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Strategy &amp; Solutions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How will prioritized activities continue / recover within approved needs?</w:t>
            </w:r>
          </w:p>
        </w:tc>
        <w:tc>
          <w:tcPr>
            <w:tcW w:type="dxa" w:w="317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Approved strategies, capability / investment decisions.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Plans &amp; Readiness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Can people execute the arrangements under disruption conditions?</w:t>
            </w:r>
          </w:p>
        </w:tc>
        <w:tc>
          <w:tcPr>
            <w:tcW w:type="dxa" w:w="317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Controlled plans, contact structures, training, alternate access.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 &amp; Evaluation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What capability has actually been demonstrated?</w:t>
            </w:r>
          </w:p>
        </w:tc>
        <w:tc>
          <w:tcPr>
            <w:tcW w:type="dxa" w:w="317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Exercise/test records, capability evaluation, actions.</w:t>
            </w:r>
          </w:p>
        </w:tc>
      </w:tr>
      <w:tr>
        <w:trPr>
          <w:cantSplit/>
        </w:trPr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Assurance &amp; Improvement</w:t>
            </w:r>
          </w:p>
        </w:tc>
        <w:tc>
          <w:tcPr>
            <w:tcW w:type="dxa" w:w="408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Is the system suitable, adequate and effective over time?</w:t>
            </w:r>
          </w:p>
        </w:tc>
        <w:tc>
          <w:tcPr>
            <w:tcW w:type="dxa" w:w="317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KPIs, internal audit, corrective action, management review.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Governance and Integration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Integrate BCMS responsibilities with enterprise risk, crisis/emergency response, information technology / cyber resilience, facilities, people, supplier management, communications and operational governance. The BCMS owner coordinates the system; business/process owners remain accountable for continuity needs and operational capability in their areas.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Context, Scope and Interested Parties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Define the products/services, entities, sites and activities included in BCMS scope.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Identify external dependencies and interfaces even when they are outside direct control.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Review material strategic, operational, technology, supplier, workforce and location changes.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Consider whether climate change is relevant to BCMS context and whether interested parties have relevant climate-related requirements.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Translate applicable continuity commitments into practical planning inputs rather than generic lists.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Business Impact Analysis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Use the BIA to understand impacts over time, prioritize activities, define recovery priorities / minimum acceptable capacity and identify resource / dependency needs. Business owners should validate assumptions and results. Update the BIA after material change and before relying on recovery targets in strategy or exercise design.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Disruption Risk Assessment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Evaluate credible threats, vulnerabilities and disruption scenarios affecting prioritized activities and dependencies. Risk treatment can reduce likelihood/impact, but BCMS strategy must also address residual disruption because continuity capability is needed even when prevention controls are effective.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Strategies and Solutions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Capability Area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Examples of Decisions to Validate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People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Cross-training, succession, alternate staffing, welfare / transport / remote work arrangements.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Premises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Alternate workspace, distributed operations, recovery sites, facility dependencies.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Technology / Information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Application / infrastructure recovery, data availability, alternate access, capacity, cyber dependencies.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Suppliers / Logistics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Continuity requirements, alternate sources, inventory, logistics routes, concentration risk.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Communications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Decision authority, internal / external channels, alternate communication methods, stakeholder messages.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Utilities / Other Resources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Power, telecoms, equipment, specialized materials and other essential resources.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A recovery target is not the same as demonstrated recovery capability. Maintain evidence that strategies, suppliers, technology and resources can realistically support the approved priority and capacity assumptions.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Plans, Procedures and Documented Information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Plans should be action-oriented and usable under pressure. Define activation, roles, coordination, communications, resource mobilization, continuity/recovery actions, dependencies, decision points and return-to-normal arrangements. Critical information must remain accessible during relevant disruption scenarios and be maintained through controlled documented-information processes.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Exercise Programme and Capability Evaluation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Set exercise objectives linked to specific capabilities and risks.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Progress from discussion-based exercises toward deeper validation where appropriate.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Include critical dependencies and degraded operating conditions, not only ideal assumptions.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Evaluate results against defined criteria and retain objective observations.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Re-test material weaknesses after corrective action when practical.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10. Performance, Audit and Management Review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Mechanism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Use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Monitoring / indicators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Track decision-useful readiness and performance trends, not only document completion.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Capability evaluation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Assess whether continuity arrangements remain suitable and effective.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Internal audit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Provide objective assurance over BCMS conformity and effectiveness using risk-based sampling.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Management review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Evaluate suitability, adequacy, effectiveness, resources, material changes and improvement needs.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Corrective action</w:t>
            </w:r>
          </w:p>
        </w:tc>
        <w:tc>
          <w:tcPr>
            <w:tcW w:type="dxa" w:w="680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Address systemic causes and verify material action effectiveness before closure.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11. Suggested BCMS Evidence Map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BCMS Area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Typical Evidence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Governance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Scope, policy, roles, objectives, steering / management decisions.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Analysis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Approved BIA and risk methodology, completed records, owner validation.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Strategy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Options analysis, capability evidence, investment / risk decisions.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Plans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Current controlled plans, contact structures, access/distribution records.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Competence / awareness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Training, exercises, role capability, communications.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 / evaluation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Exercise plans, objectives, observations, reports, actions and re-tests.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Assurance</w:t>
            </w:r>
          </w:p>
        </w:tc>
        <w:tc>
          <w:tcPr>
            <w:tcW w:type="dxa" w:w="65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KPIs, internal audit, action closure, management review, continual improvement.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12. Common Failure Modes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BCMS is owned only by the continuity team instead of business/service owners.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BIA targets are not linked to demonstrated technology, supplier or staffing capability.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Plans are updated after exercises but underlying strategy/resource gaps remain unresolved.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Exercises are repeated without increasing depth or testing known weaknesses.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Management review reports activities but does not make decisions on risk, capability or resources.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Critical plans are controlled in the repository but cannot be accessed when that repository is unavailable.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 — Security and resilience — Business continuity management systems — Requirements.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22301:2019/Amd 1:2024 — Climate action changes.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22313:2020 — Security and resilience — Business continuity management systems — Guidance on the use of ISO 22301.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Controlled organization-specific BCMS policies, BIA records, risk assessments, continuity strategies, plans, exercise records, audit records and improvement actions.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Business Continuity Manager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Business Continuity Management System Guidance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BCMS-GOV-005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dcterms:created xsi:type="dcterms:W3CDTF">2013-12-23T23:15:00Z</dcterms:created>
  <dcterms:modified xsi:type="dcterms:W3CDTF">2013-12-23T23:15:00Z</dcterms:modified>
  <cp:category/>
</cp:coreProperties>
</file>