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BUSINESS CONTINUITY MANAGEMENT REVIEW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22301:2019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Business Continuity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preparing and conducting management review so leadership can evaluate current continuity capability, resolve strategic constraints and make evidence-based BCMS decisions.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A useful management review answers: “Can the organization currently deliver its continuity commitments under credible disruption conditions, and what decisions are needed now?”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Preparation Principles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a defined review period and current data cut-off.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Summarize material trends and exceptions; avoid sending raw trackers without interpretation.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Highlight assumptions that have not been validated through exercise, test or real disruption.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Bring unresolved resource, dependency and ownership decisions to the meeting with clear options.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“activity completed” from evidence that capability is effective.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Recommended Pre-Read Structure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Section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What Leadership Needs to See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Executive summary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Material changes, capability concerns, overdue decisions and recommended actions.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Prior actions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Status, evidence, blocked items and effectiveness issues.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Context / scope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Significant organizational/external changes, interested-party expectations and relevant climate considerations.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BIA / risk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Changes to prioritized activities, impact assumptions, dependencies and disruption risks.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Strategies / plans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Readiness/capacity versus approved recovery priorities; material gaps.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Exercises / disruptions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was demonstrated, what failed or remains unproven, and repeat issues.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KPI/evaluation, audit themes, corrective-action effectiveness and systemic issues.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Decisions required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Specific policy, scope, resource, investment, strategy, plan or governance decisions.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Decision Quality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Weak Review Output</w:t>
            </w:r>
          </w:p>
        </w:tc>
        <w:tc>
          <w:tcPr>
            <w:tcW w:type="dxa" w:w="521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Better Review Output</w:t>
            </w:r>
          </w:p>
        </w:tc>
      </w:tr>
      <w:tr>
        <w:trPr>
          <w:cantSplit/>
        </w:trPr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“BIA update in progress.”</w:t>
            </w:r>
          </w:p>
        </w:tc>
        <w:tc>
          <w:tcPr>
            <w:tcW w:type="dxa" w:w="521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 the revised BIA methodology and require completion of high-priority business units by a defined date.</w:t>
            </w:r>
          </w:p>
        </w:tc>
      </w:tr>
      <w:tr>
        <w:trPr>
          <w:cantSplit/>
        </w:trPr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“Exercise completed.”</w:t>
            </w:r>
          </w:p>
        </w:tc>
        <w:tc>
          <w:tcPr>
            <w:tcW w:type="dxa" w:w="521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Accept demonstrated strengths, approve remediation for failed objectives and require targeted re-test of the critical capability.</w:t>
            </w:r>
          </w:p>
        </w:tc>
      </w:tr>
      <w:tr>
        <w:trPr>
          <w:cantSplit/>
        </w:trPr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“Supplier risk noted.”</w:t>
            </w:r>
          </w:p>
        </w:tc>
        <w:tc>
          <w:tcPr>
            <w:tcW w:type="dxa" w:w="521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Assign owner to verify supplier continuity evidence and approve a fallback strategy if required evidence is not obtained.</w:t>
            </w:r>
          </w:p>
        </w:tc>
      </w:tr>
      <w:tr>
        <w:trPr>
          <w:cantSplit/>
        </w:trPr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“Plans reviewed.”</w:t>
            </w:r>
          </w:p>
        </w:tc>
        <w:tc>
          <w:tcPr>
            <w:tcW w:type="dxa" w:w="521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Confirm plan currency and approve alternate-access improvement for plans dependent on the primary network.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Questions for Leadership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current recovery priorities still aligned with products/services and stakeholder needs?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Where are recovery targets dependent on unproven technology, supplier, facility or staffing assumptions?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What continuity capability has been demonstrated since the previous review?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Which material exercise/audit actions remain open or repeatedly recur?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What investments or management decisions are required to close priority gaps?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 current objectives and indicators help management make decisions or only report activity?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Illustrative Decision &amp; Evidence Log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Decision ID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Theme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Decision / Requirement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Due Date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Evidence Expected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Notes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EX-BCMS-MRG-001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BIA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 revised method and completion deadline for high-priority functions.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Business Continuity Manager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2026-10-31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Updated method + completion evidence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EX-BCMS-MRG-002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Technology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Require capacity test before accepting current recovery target.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IT Resilience Lead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2026-11-15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Test result + decision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EX-BCMS-MRG-003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Verify continuity evidence for critical single-source supplier and define fallback.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Supply Chain Director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2026-12-15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evidence + fallback approval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EX-BCMS-MRG-004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Re-test failed cross-functional recovery objective after remediation.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 Coordinator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2027-02-15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Re-test report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EX-BCMS-MRG-005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Document Access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Verify selected critical plans remain accessible during primary repository outage.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BCMS Documentation Owner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2026-09-30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Access test evidence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example decision log is for training only. Controlled management-review records must contain the decisions actually approved by management.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Common Failure Modes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Meeting focuses on document completion instead of continuity capability.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No clear link from exercise/audit findings to resource or strategy decisions.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Actions are assigned without due date or closure evidence.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Leadership receives only averages that hide critical high-impact services or dependencies.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Previous actions are reported “closed” without checking whether the underlying weakness was resolved.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continuity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Business Continuity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Business Continuity Management Review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BCMS-GOV-004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